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F5C4F" w14:textId="77777777" w:rsidR="00371181" w:rsidRPr="00B55639" w:rsidRDefault="00000000">
      <w:pPr>
        <w:jc w:val="center"/>
        <w:rPr>
          <w:lang w:val="es-CL"/>
        </w:rPr>
      </w:pPr>
      <w:r w:rsidRPr="00B55639">
        <w:rPr>
          <w:b/>
          <w:sz w:val="36"/>
          <w:lang w:val="es-CL"/>
        </w:rPr>
        <w:t>FORMULARIO DE POSTULACIÓN</w:t>
      </w:r>
    </w:p>
    <w:p w14:paraId="17450CBB" w14:textId="77777777" w:rsidR="00371181" w:rsidRPr="00B55639" w:rsidRDefault="00000000">
      <w:pPr>
        <w:jc w:val="center"/>
        <w:rPr>
          <w:lang w:val="es-CL"/>
        </w:rPr>
      </w:pPr>
      <w:r w:rsidRPr="00B55639">
        <w:rPr>
          <w:b/>
          <w:sz w:val="26"/>
          <w:lang w:val="es-CL"/>
        </w:rPr>
        <w:t>Primer Concurso de Proyectos de Investigación Científica 2026</w:t>
      </w:r>
    </w:p>
    <w:p w14:paraId="4F062718" w14:textId="77777777" w:rsidR="00371181" w:rsidRPr="00B55639" w:rsidRDefault="00000000">
      <w:pPr>
        <w:jc w:val="center"/>
        <w:rPr>
          <w:lang w:val="es-CL"/>
        </w:rPr>
      </w:pPr>
      <w:r w:rsidRPr="00B55639">
        <w:rPr>
          <w:b/>
          <w:lang w:val="es-CL"/>
        </w:rPr>
        <w:t>Corporación Crecer</w:t>
      </w:r>
      <w:r w:rsidRPr="00B55639">
        <w:rPr>
          <w:b/>
          <w:lang w:val="es-CL"/>
        </w:rPr>
        <w:br/>
        <w:t>Fondo de Investigación Científica Corporación Crecer</w:t>
      </w:r>
    </w:p>
    <w:p w14:paraId="3A16904C" w14:textId="77777777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Complete todos los campos aplicables. La postulación deberá acompañarse de los antecedentes y documentos exigidos en las Bases Específicas de la Convocatoria 2026 y en el Reglamento del Fondo.</w:t>
      </w:r>
    </w:p>
    <w:p w14:paraId="0EAA7F84" w14:textId="77777777" w:rsidR="00371181" w:rsidRPr="00823FC8" w:rsidRDefault="00000000" w:rsidP="00823FC8">
      <w:pPr>
        <w:spacing w:before="240" w:after="120"/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</w:pPr>
      <w:r w:rsidRPr="00823FC8"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  <w:t>1. IDENTIFICACIÓN DEL PROYECTO</w:t>
      </w:r>
    </w:p>
    <w:p w14:paraId="3DEA9E81" w14:textId="77777777" w:rsidR="00371181" w:rsidRPr="00B55639" w:rsidRDefault="00000000" w:rsidP="00B55639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Título del Proyecto:</w:t>
      </w:r>
    </w:p>
    <w:tbl>
      <w:tblPr>
        <w:tblStyle w:val="Tablaconcuadrcula"/>
        <w:tblW w:w="982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25"/>
      </w:tblGrid>
      <w:tr w:rsidR="00B55639" w:rsidRPr="007E098D" w14:paraId="52694819" w14:textId="77777777" w:rsidTr="007E098D">
        <w:trPr>
          <w:trHeight w:val="335"/>
        </w:trPr>
        <w:tc>
          <w:tcPr>
            <w:tcW w:w="9825" w:type="dxa"/>
          </w:tcPr>
          <w:p w14:paraId="2B115151" w14:textId="74860ED8" w:rsidR="00B55639" w:rsidRPr="007E098D" w:rsidRDefault="00B55639" w:rsidP="00B55639">
            <w:pPr>
              <w:spacing w:before="60" w:after="60"/>
              <w:rPr>
                <w:lang w:val="es-CL"/>
              </w:rPr>
            </w:pPr>
          </w:p>
        </w:tc>
      </w:tr>
    </w:tbl>
    <w:p w14:paraId="725A9121" w14:textId="77777777" w:rsidR="00371181" w:rsidRPr="00B55639" w:rsidRDefault="00000000" w:rsidP="00B55639">
      <w:pPr>
        <w:spacing w:before="240" w:after="120"/>
        <w:rPr>
          <w:lang w:val="es-CL"/>
        </w:rPr>
      </w:pPr>
      <w:r w:rsidRPr="00B55639">
        <w:rPr>
          <w:b/>
          <w:lang w:val="es-CL"/>
        </w:rPr>
        <w:t>Título abreviado, si corresponde: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766"/>
      </w:tblGrid>
      <w:tr w:rsidR="00B55639" w:rsidRPr="007E098D" w14:paraId="1014F0BB" w14:textId="77777777" w:rsidTr="007E098D">
        <w:trPr>
          <w:trHeight w:val="374"/>
        </w:trPr>
        <w:tc>
          <w:tcPr>
            <w:tcW w:w="9766" w:type="dxa"/>
          </w:tcPr>
          <w:p w14:paraId="49850B72" w14:textId="2C9A753C" w:rsidR="00B55639" w:rsidRPr="007E098D" w:rsidRDefault="00B55639" w:rsidP="00B55639">
            <w:pPr>
              <w:spacing w:before="60" w:after="60"/>
              <w:rPr>
                <w:lang w:val="es-CL"/>
              </w:rPr>
            </w:pPr>
          </w:p>
        </w:tc>
      </w:tr>
    </w:tbl>
    <w:p w14:paraId="6E047FAF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Área temática principal:</w:t>
      </w:r>
    </w:p>
    <w:p w14:paraId="3DA35F66" w14:textId="5B81BAD2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Crecimiento normal y patológico en niños y adolescentes.</w:t>
      </w:r>
    </w:p>
    <w:p w14:paraId="3F8FAB97" w14:textId="73E65343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Trastornos del crecimiento y sus mecanismos, diagnóstico, tratamiento y seguimiento.</w:t>
      </w:r>
    </w:p>
    <w:p w14:paraId="05B68A0A" w14:textId="52491F36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Pubertad normal y patológica, incluyendo pubertad precoz y otros trastornos del desarrollo puberal.</w:t>
      </w:r>
    </w:p>
    <w:p w14:paraId="46DA4E5D" w14:textId="77777777" w:rsidR="00371181" w:rsidRPr="00B55639" w:rsidRDefault="00000000">
      <w:pPr>
        <w:rPr>
          <w:lang w:val="es-CL"/>
        </w:rPr>
      </w:pPr>
      <w:r w:rsidRPr="00B55639">
        <w:rPr>
          <w:b/>
          <w:lang w:val="es-CL"/>
        </w:rPr>
        <w:t>Categoría a la que postula:</w:t>
      </w:r>
    </w:p>
    <w:p w14:paraId="3FFD307C" w14:textId="49C8B044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Categoría A – Investigadores consolidados. Financiamiento máximo: $30.000.000.</w:t>
      </w:r>
    </w:p>
    <w:p w14:paraId="6F39D1B2" w14:textId="45A6E1DE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Categoría B – Investigadores iniciales. Financiamiento máximo: $10.000.000.</w:t>
      </w:r>
    </w:p>
    <w:p w14:paraId="182E92E7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Duración propuesta (máximo 24 meses):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14:paraId="1D26BAC4" w14:textId="77777777" w:rsidTr="001060DB">
        <w:tc>
          <w:tcPr>
            <w:tcW w:w="9886" w:type="dxa"/>
          </w:tcPr>
          <w:p w14:paraId="4C8B757B" w14:textId="77777777" w:rsidR="009050CA" w:rsidRPr="007E098D" w:rsidRDefault="009050CA" w:rsidP="007E098D">
            <w:pPr>
              <w:spacing w:before="60" w:after="60"/>
            </w:pPr>
          </w:p>
        </w:tc>
      </w:tr>
    </w:tbl>
    <w:p w14:paraId="4D178A16" w14:textId="2114006C" w:rsidR="00371181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Monto total solicitado a Corporación Crecer: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:rsidRPr="00823FC8" w14:paraId="64A8DC5E" w14:textId="77777777" w:rsidTr="001060DB">
        <w:tc>
          <w:tcPr>
            <w:tcW w:w="9886" w:type="dxa"/>
          </w:tcPr>
          <w:p w14:paraId="534A4E40" w14:textId="77777777" w:rsidR="009050CA" w:rsidRPr="00823FC8" w:rsidRDefault="009050CA" w:rsidP="007E098D">
            <w:pPr>
              <w:spacing w:before="60" w:after="60"/>
              <w:rPr>
                <w:lang w:val="es-CL"/>
              </w:rPr>
            </w:pPr>
          </w:p>
        </w:tc>
      </w:tr>
    </w:tbl>
    <w:p w14:paraId="3732A208" w14:textId="77777777" w:rsidR="00371181" w:rsidRPr="00823FC8" w:rsidRDefault="00000000" w:rsidP="00823FC8">
      <w:pPr>
        <w:spacing w:before="240" w:after="120"/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</w:pPr>
      <w:r w:rsidRPr="00823FC8"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  <w:t>2. INVESTIGADOR RESPONSABLE</w:t>
      </w:r>
    </w:p>
    <w:p w14:paraId="2C7ECFF8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Nombre completo: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14:paraId="0BA650F8" w14:textId="77777777" w:rsidTr="001060DB">
        <w:tc>
          <w:tcPr>
            <w:tcW w:w="9886" w:type="dxa"/>
          </w:tcPr>
          <w:p w14:paraId="1D7E26E1" w14:textId="77777777" w:rsidR="009050CA" w:rsidRPr="007E098D" w:rsidRDefault="009050CA" w:rsidP="007E098D">
            <w:pPr>
              <w:spacing w:before="60" w:after="60"/>
            </w:pPr>
          </w:p>
        </w:tc>
      </w:tr>
    </w:tbl>
    <w:p w14:paraId="65B5FD13" w14:textId="53C33F8C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RUT o documento de identificación: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:rsidRPr="00823FC8" w14:paraId="12C8B982" w14:textId="77777777" w:rsidTr="001060DB">
        <w:tc>
          <w:tcPr>
            <w:tcW w:w="9886" w:type="dxa"/>
          </w:tcPr>
          <w:p w14:paraId="76220939" w14:textId="77777777" w:rsidR="009050CA" w:rsidRPr="00823FC8" w:rsidRDefault="009050CA" w:rsidP="007E098D">
            <w:pPr>
              <w:spacing w:before="60" w:after="60"/>
              <w:rPr>
                <w:lang w:val="es-CL"/>
              </w:rPr>
            </w:pPr>
          </w:p>
        </w:tc>
      </w:tr>
    </w:tbl>
    <w:p w14:paraId="4325C975" w14:textId="6D181A1A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lastRenderedPageBreak/>
        <w:t>Profesión: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14:paraId="3BECD1CF" w14:textId="77777777" w:rsidTr="001060DB">
        <w:tc>
          <w:tcPr>
            <w:tcW w:w="9886" w:type="dxa"/>
          </w:tcPr>
          <w:p w14:paraId="0ECBCFBA" w14:textId="77777777" w:rsidR="009050CA" w:rsidRPr="007E098D" w:rsidRDefault="009050CA" w:rsidP="007E098D">
            <w:pPr>
              <w:spacing w:before="60" w:after="60"/>
            </w:pPr>
          </w:p>
        </w:tc>
      </w:tr>
    </w:tbl>
    <w:p w14:paraId="0C4991F2" w14:textId="672391D7" w:rsidR="00371181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Grado(s) académico(s):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14:paraId="2D2D230D" w14:textId="77777777" w:rsidTr="001060DB">
        <w:tc>
          <w:tcPr>
            <w:tcW w:w="9886" w:type="dxa"/>
          </w:tcPr>
          <w:p w14:paraId="1F37726B" w14:textId="77777777" w:rsidR="009050CA" w:rsidRPr="007E098D" w:rsidRDefault="009050CA" w:rsidP="007E098D">
            <w:pPr>
              <w:spacing w:before="60" w:after="60"/>
            </w:pPr>
          </w:p>
        </w:tc>
      </w:tr>
    </w:tbl>
    <w:p w14:paraId="67A12801" w14:textId="77777777" w:rsidR="00371181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Cargo actual: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14:paraId="40110058" w14:textId="77777777" w:rsidTr="001060DB">
        <w:tc>
          <w:tcPr>
            <w:tcW w:w="9886" w:type="dxa"/>
          </w:tcPr>
          <w:p w14:paraId="47591896" w14:textId="77777777" w:rsidR="009050CA" w:rsidRPr="007E098D" w:rsidRDefault="009050CA" w:rsidP="007E098D">
            <w:pPr>
              <w:spacing w:before="60" w:after="60"/>
            </w:pPr>
          </w:p>
        </w:tc>
      </w:tr>
    </w:tbl>
    <w:p w14:paraId="0F286A2F" w14:textId="77777777" w:rsidR="00371181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Institución: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14:paraId="46803209" w14:textId="77777777" w:rsidTr="001060DB">
        <w:tc>
          <w:tcPr>
            <w:tcW w:w="9886" w:type="dxa"/>
          </w:tcPr>
          <w:p w14:paraId="628FECE7" w14:textId="77777777" w:rsidR="009050CA" w:rsidRPr="007E098D" w:rsidRDefault="009050CA" w:rsidP="007E098D">
            <w:pPr>
              <w:spacing w:before="60" w:after="60"/>
            </w:pPr>
          </w:p>
        </w:tc>
      </w:tr>
    </w:tbl>
    <w:p w14:paraId="32EC6DFB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Facultad / Departamento / Unidad: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14:paraId="5475F40D" w14:textId="77777777" w:rsidTr="001060DB">
        <w:tc>
          <w:tcPr>
            <w:tcW w:w="9886" w:type="dxa"/>
          </w:tcPr>
          <w:p w14:paraId="3A07B34A" w14:textId="77777777" w:rsidR="009050CA" w:rsidRPr="007E098D" w:rsidRDefault="009050CA" w:rsidP="007E098D">
            <w:pPr>
              <w:spacing w:before="60" w:after="60"/>
            </w:pPr>
          </w:p>
        </w:tc>
      </w:tr>
    </w:tbl>
    <w:p w14:paraId="6A4A2A23" w14:textId="14F81E0C" w:rsidR="009050CA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Correo electrónico: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14:paraId="697D2E96" w14:textId="77777777" w:rsidTr="001060DB">
        <w:tc>
          <w:tcPr>
            <w:tcW w:w="9886" w:type="dxa"/>
          </w:tcPr>
          <w:p w14:paraId="160F7160" w14:textId="77777777" w:rsidR="009050CA" w:rsidRPr="007E098D" w:rsidRDefault="009050CA" w:rsidP="007E098D">
            <w:pPr>
              <w:spacing w:before="60" w:after="60"/>
            </w:pPr>
          </w:p>
        </w:tc>
      </w:tr>
    </w:tbl>
    <w:p w14:paraId="61A931FC" w14:textId="77777777" w:rsidR="00371181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Teléfono: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14:paraId="1C6EA289" w14:textId="77777777" w:rsidTr="001060DB">
        <w:tc>
          <w:tcPr>
            <w:tcW w:w="9886" w:type="dxa"/>
          </w:tcPr>
          <w:p w14:paraId="6C6FE9F1" w14:textId="77777777" w:rsidR="009050CA" w:rsidRPr="007E098D" w:rsidRDefault="009050CA" w:rsidP="007E098D">
            <w:pPr>
              <w:spacing w:before="60" w:after="60"/>
            </w:pPr>
          </w:p>
        </w:tc>
      </w:tr>
    </w:tbl>
    <w:p w14:paraId="260AA70D" w14:textId="77777777" w:rsidR="00371181" w:rsidRPr="00487E7F" w:rsidRDefault="00000000" w:rsidP="00487E7F">
      <w:pPr>
        <w:spacing w:before="240" w:after="120"/>
        <w:rPr>
          <w:b/>
          <w:color w:val="365F91" w:themeColor="accent1" w:themeShade="BF"/>
          <w:lang w:val="es-CL"/>
        </w:rPr>
      </w:pPr>
      <w:r w:rsidRPr="00487E7F">
        <w:rPr>
          <w:b/>
          <w:color w:val="365F91" w:themeColor="accent1" w:themeShade="BF"/>
          <w:lang w:val="es-CL"/>
        </w:rPr>
        <w:t>Antecedentes para Categoría A</w:t>
      </w:r>
    </w:p>
    <w:p w14:paraId="01B7716C" w14:textId="77777777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Si postula a Categoría A, indique al menos un fondo competitivo de investigación obtenido previamente en calidad de Investigador Principal o Responsable.</w:t>
      </w:r>
    </w:p>
    <w:p w14:paraId="7586EB96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Nombre del fondo o concurso: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:rsidRPr="007E098D" w14:paraId="52D72E89" w14:textId="77777777" w:rsidTr="001060DB">
        <w:tc>
          <w:tcPr>
            <w:tcW w:w="9886" w:type="dxa"/>
          </w:tcPr>
          <w:p w14:paraId="7AFCE481" w14:textId="77777777" w:rsidR="009050CA" w:rsidRPr="007E098D" w:rsidRDefault="009050CA" w:rsidP="007E098D">
            <w:pPr>
              <w:spacing w:before="60" w:after="60"/>
            </w:pPr>
          </w:p>
        </w:tc>
      </w:tr>
    </w:tbl>
    <w:p w14:paraId="716977C9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Institución otorgante: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14:paraId="2458C57D" w14:textId="77777777" w:rsidTr="001060DB">
        <w:tc>
          <w:tcPr>
            <w:tcW w:w="9886" w:type="dxa"/>
          </w:tcPr>
          <w:p w14:paraId="07D8D464" w14:textId="77777777" w:rsidR="009050CA" w:rsidRPr="007E098D" w:rsidRDefault="009050CA" w:rsidP="007E098D">
            <w:pPr>
              <w:spacing w:before="60" w:after="60"/>
            </w:pPr>
          </w:p>
        </w:tc>
      </w:tr>
    </w:tbl>
    <w:p w14:paraId="1192F36D" w14:textId="5F3DD0B1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Título del Proyecto: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14:paraId="2FB4867C" w14:textId="77777777" w:rsidTr="001060DB">
        <w:tc>
          <w:tcPr>
            <w:tcW w:w="9886" w:type="dxa"/>
          </w:tcPr>
          <w:p w14:paraId="30FB31DC" w14:textId="3555EE29" w:rsidR="009050CA" w:rsidRPr="007E098D" w:rsidRDefault="009050CA" w:rsidP="007E098D">
            <w:pPr>
              <w:spacing w:before="60" w:after="60"/>
            </w:pPr>
          </w:p>
        </w:tc>
      </w:tr>
    </w:tbl>
    <w:p w14:paraId="5BC22EAD" w14:textId="6EA3999D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Año de adjudicación: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14:paraId="7BAF273E" w14:textId="77777777" w:rsidTr="001060DB">
        <w:tc>
          <w:tcPr>
            <w:tcW w:w="9886" w:type="dxa"/>
          </w:tcPr>
          <w:p w14:paraId="3F109EF6" w14:textId="77777777" w:rsidR="009050CA" w:rsidRPr="007E098D" w:rsidRDefault="009050CA" w:rsidP="007E098D">
            <w:pPr>
              <w:spacing w:before="60" w:after="60"/>
            </w:pPr>
          </w:p>
        </w:tc>
      </w:tr>
    </w:tbl>
    <w:p w14:paraId="73A8769F" w14:textId="2DEA6338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Monto adjudicado, si corresponde:</w:t>
      </w:r>
    </w:p>
    <w:tbl>
      <w:tblPr>
        <w:tblStyle w:val="Tablaconcuadrcula"/>
        <w:tblW w:w="9945" w:type="dxa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45"/>
      </w:tblGrid>
      <w:tr w:rsidR="009050CA" w14:paraId="63355901" w14:textId="77777777" w:rsidTr="001060DB">
        <w:trPr>
          <w:trHeight w:val="365"/>
        </w:trPr>
        <w:tc>
          <w:tcPr>
            <w:tcW w:w="9945" w:type="dxa"/>
          </w:tcPr>
          <w:p w14:paraId="25A26CD1" w14:textId="77777777" w:rsidR="009050CA" w:rsidRPr="007E098D" w:rsidRDefault="009050CA" w:rsidP="007E098D">
            <w:pPr>
              <w:spacing w:before="60" w:after="60"/>
            </w:pPr>
          </w:p>
        </w:tc>
      </w:tr>
    </w:tbl>
    <w:p w14:paraId="285B1610" w14:textId="0DE1C077" w:rsidR="00371181" w:rsidRPr="00823FC8" w:rsidRDefault="00000000" w:rsidP="00823FC8">
      <w:pPr>
        <w:spacing w:before="240" w:after="120"/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</w:pPr>
      <w:r w:rsidRPr="00823FC8"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  <w:lastRenderedPageBreak/>
        <w:t>3. INSTITUCIÓN PATROCINANTE</w:t>
      </w:r>
    </w:p>
    <w:p w14:paraId="496A382E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Nombre de la Institución: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14:paraId="1D71944E" w14:textId="77777777" w:rsidTr="00DE66F6">
        <w:tc>
          <w:tcPr>
            <w:tcW w:w="9886" w:type="dxa"/>
          </w:tcPr>
          <w:p w14:paraId="7ADA22AF" w14:textId="77777777" w:rsidR="009050CA" w:rsidRPr="007E098D" w:rsidRDefault="009050CA" w:rsidP="007E098D">
            <w:pPr>
              <w:spacing w:before="60" w:after="60"/>
            </w:pPr>
          </w:p>
        </w:tc>
      </w:tr>
    </w:tbl>
    <w:p w14:paraId="3A480DFA" w14:textId="3C33DCEC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RUT: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14:paraId="355208F5" w14:textId="77777777" w:rsidTr="00DE66F6">
        <w:tc>
          <w:tcPr>
            <w:tcW w:w="9886" w:type="dxa"/>
          </w:tcPr>
          <w:p w14:paraId="191E2A86" w14:textId="77777777" w:rsidR="009050CA" w:rsidRPr="007E098D" w:rsidRDefault="009050CA" w:rsidP="007E098D">
            <w:pPr>
              <w:spacing w:before="60" w:after="60"/>
            </w:pPr>
          </w:p>
        </w:tc>
      </w:tr>
    </w:tbl>
    <w:p w14:paraId="1B616B1B" w14:textId="6914D14B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Facultad / Departamento / Unidad en que se ejecutará el Proyecto: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:rsidRPr="00487E7F" w14:paraId="1229BB7E" w14:textId="77777777" w:rsidTr="00DE66F6">
        <w:tc>
          <w:tcPr>
            <w:tcW w:w="9886" w:type="dxa"/>
          </w:tcPr>
          <w:p w14:paraId="016EC936" w14:textId="77777777" w:rsidR="009050CA" w:rsidRPr="00487E7F" w:rsidRDefault="009050CA" w:rsidP="007E098D">
            <w:pPr>
              <w:spacing w:before="60" w:after="60"/>
              <w:rPr>
                <w:lang w:val="es-CL"/>
              </w:rPr>
            </w:pPr>
          </w:p>
        </w:tc>
      </w:tr>
    </w:tbl>
    <w:p w14:paraId="2C28B206" w14:textId="32FB44E2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Dirección:</w:t>
      </w:r>
    </w:p>
    <w:tbl>
      <w:tblPr>
        <w:tblStyle w:val="Tablaconcuadrcula"/>
        <w:tblW w:w="0" w:type="auto"/>
        <w:tblInd w:w="3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86"/>
      </w:tblGrid>
      <w:tr w:rsidR="009050CA" w14:paraId="21DE0C96" w14:textId="77777777" w:rsidTr="00DE66F6">
        <w:tc>
          <w:tcPr>
            <w:tcW w:w="9886" w:type="dxa"/>
          </w:tcPr>
          <w:p w14:paraId="5A23937D" w14:textId="77777777" w:rsidR="009050CA" w:rsidRPr="007E098D" w:rsidRDefault="009050CA" w:rsidP="007E098D">
            <w:pPr>
              <w:spacing w:before="60" w:after="60"/>
            </w:pPr>
          </w:p>
        </w:tc>
      </w:tr>
    </w:tbl>
    <w:p w14:paraId="7A0A8B9D" w14:textId="4643750A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Representante o autoridad responsable del patrocinio: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:rsidRPr="00487E7F" w14:paraId="5C0080CE" w14:textId="77777777" w:rsidTr="00DE66F6">
        <w:tc>
          <w:tcPr>
            <w:tcW w:w="9886" w:type="dxa"/>
          </w:tcPr>
          <w:p w14:paraId="274D4FF0" w14:textId="77777777" w:rsidR="009050CA" w:rsidRPr="00487E7F" w:rsidRDefault="009050CA" w:rsidP="007E098D">
            <w:pPr>
              <w:spacing w:before="60" w:after="60"/>
              <w:rPr>
                <w:lang w:val="es-CL"/>
              </w:rPr>
            </w:pPr>
          </w:p>
        </w:tc>
      </w:tr>
    </w:tbl>
    <w:p w14:paraId="310C3DC6" w14:textId="52145A73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Cargo: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:rsidRPr="00F774C0" w14:paraId="53CAECD9" w14:textId="77777777" w:rsidTr="00F774C0">
        <w:tc>
          <w:tcPr>
            <w:tcW w:w="9886" w:type="dxa"/>
          </w:tcPr>
          <w:p w14:paraId="13237EFA" w14:textId="77777777" w:rsidR="009050CA" w:rsidRPr="00F774C0" w:rsidRDefault="009050CA" w:rsidP="007E098D">
            <w:pPr>
              <w:spacing w:before="60" w:after="60"/>
              <w:rPr>
                <w:lang w:val="es-CL"/>
              </w:rPr>
            </w:pPr>
          </w:p>
        </w:tc>
      </w:tr>
    </w:tbl>
    <w:p w14:paraId="5602CFA1" w14:textId="0C3D9752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Correo electrónico: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9050CA" w:rsidRPr="00F774C0" w14:paraId="5577B7EB" w14:textId="77777777" w:rsidTr="00F774C0">
        <w:tc>
          <w:tcPr>
            <w:tcW w:w="9886" w:type="dxa"/>
          </w:tcPr>
          <w:p w14:paraId="5DCB25D8" w14:textId="77777777" w:rsidR="009050CA" w:rsidRPr="00F774C0" w:rsidRDefault="009050CA" w:rsidP="007E098D">
            <w:pPr>
              <w:spacing w:before="60" w:after="60"/>
              <w:rPr>
                <w:lang w:val="es-CL"/>
              </w:rPr>
            </w:pPr>
          </w:p>
        </w:tc>
      </w:tr>
    </w:tbl>
    <w:p w14:paraId="7BA63F15" w14:textId="77777777" w:rsidR="009050CA" w:rsidRDefault="009050CA">
      <w:pPr>
        <w:spacing w:after="80"/>
        <w:rPr>
          <w:lang w:val="es-CL"/>
        </w:rPr>
      </w:pPr>
    </w:p>
    <w:p w14:paraId="02E207B7" w14:textId="68F0DEF5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La Institución Patrocinante deberá respaldar institucionalmente la ejecución del Proyecto y, en caso de adjudicación, recibir, administrar y rendir los recursos ante Corporación Crecer. Se deberá adjuntar Carta de Patrocinio.</w:t>
      </w:r>
    </w:p>
    <w:p w14:paraId="344EA44A" w14:textId="77777777" w:rsidR="00371181" w:rsidRPr="00823FC8" w:rsidRDefault="00000000" w:rsidP="00823FC8">
      <w:pPr>
        <w:spacing w:before="240" w:after="120"/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</w:pPr>
      <w:r w:rsidRPr="00823FC8"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  <w:t>4. EQUIPO DE INVESTIGACIÓN</w:t>
      </w:r>
    </w:p>
    <w:p w14:paraId="48017630" w14:textId="77777777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Indique los principales integrantes del equipo. Adjunte el currículum vitae del Investigador Responsable y de los principales integrantes.</w:t>
      </w:r>
    </w:p>
    <w:tbl>
      <w:tblPr>
        <w:tblStyle w:val="Tablaconcuadrcula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949"/>
        <w:gridCol w:w="1949"/>
        <w:gridCol w:w="2198"/>
        <w:gridCol w:w="2268"/>
        <w:gridCol w:w="1381"/>
      </w:tblGrid>
      <w:tr w:rsidR="00371181" w14:paraId="636D8D07" w14:textId="77777777" w:rsidTr="007E098D">
        <w:trPr>
          <w:tblHeader/>
          <w:jc w:val="center"/>
        </w:trPr>
        <w:tc>
          <w:tcPr>
            <w:tcW w:w="1949" w:type="dxa"/>
            <w:shd w:val="clear" w:color="auto" w:fill="E7E6E6"/>
          </w:tcPr>
          <w:p w14:paraId="7B1FEEF8" w14:textId="77777777" w:rsidR="00371181" w:rsidRDefault="00000000">
            <w:r>
              <w:t>Nombre</w:t>
            </w:r>
          </w:p>
        </w:tc>
        <w:tc>
          <w:tcPr>
            <w:tcW w:w="1949" w:type="dxa"/>
            <w:shd w:val="clear" w:color="auto" w:fill="E7E6E6"/>
          </w:tcPr>
          <w:p w14:paraId="131F90A4" w14:textId="77777777" w:rsidR="00371181" w:rsidRDefault="00000000">
            <w:r>
              <w:t>Profesión / especialidad</w:t>
            </w:r>
          </w:p>
        </w:tc>
        <w:tc>
          <w:tcPr>
            <w:tcW w:w="2198" w:type="dxa"/>
            <w:shd w:val="clear" w:color="auto" w:fill="E7E6E6"/>
          </w:tcPr>
          <w:p w14:paraId="3CFC9076" w14:textId="77777777" w:rsidR="00371181" w:rsidRDefault="00000000">
            <w:r>
              <w:t>Institución</w:t>
            </w:r>
          </w:p>
        </w:tc>
        <w:tc>
          <w:tcPr>
            <w:tcW w:w="2268" w:type="dxa"/>
            <w:shd w:val="clear" w:color="auto" w:fill="E7E6E6"/>
          </w:tcPr>
          <w:p w14:paraId="403ED124" w14:textId="77777777" w:rsidR="00371181" w:rsidRDefault="00000000">
            <w:r>
              <w:t>Función en el Proyecto</w:t>
            </w:r>
          </w:p>
        </w:tc>
        <w:tc>
          <w:tcPr>
            <w:tcW w:w="1381" w:type="dxa"/>
            <w:shd w:val="clear" w:color="auto" w:fill="E7E6E6"/>
          </w:tcPr>
          <w:p w14:paraId="44EA167D" w14:textId="77777777" w:rsidR="00371181" w:rsidRDefault="00000000">
            <w:r>
              <w:t>Dedicación estimada</w:t>
            </w:r>
          </w:p>
        </w:tc>
      </w:tr>
      <w:tr w:rsidR="00371181" w14:paraId="0848BD16" w14:textId="77777777" w:rsidTr="007E098D">
        <w:trPr>
          <w:jc w:val="center"/>
        </w:trPr>
        <w:tc>
          <w:tcPr>
            <w:tcW w:w="1949" w:type="dxa"/>
          </w:tcPr>
          <w:p w14:paraId="7CC83AA7" w14:textId="77777777" w:rsidR="00371181" w:rsidRDefault="00000000">
            <w:r>
              <w:br/>
            </w:r>
          </w:p>
        </w:tc>
        <w:tc>
          <w:tcPr>
            <w:tcW w:w="1949" w:type="dxa"/>
          </w:tcPr>
          <w:p w14:paraId="287F1533" w14:textId="77777777" w:rsidR="00371181" w:rsidRDefault="00000000">
            <w:r>
              <w:br/>
            </w:r>
          </w:p>
        </w:tc>
        <w:tc>
          <w:tcPr>
            <w:tcW w:w="2198" w:type="dxa"/>
          </w:tcPr>
          <w:p w14:paraId="2E5D1B2C" w14:textId="77777777" w:rsidR="00371181" w:rsidRDefault="00000000">
            <w:r>
              <w:br/>
            </w:r>
          </w:p>
        </w:tc>
        <w:tc>
          <w:tcPr>
            <w:tcW w:w="2268" w:type="dxa"/>
          </w:tcPr>
          <w:p w14:paraId="44E83210" w14:textId="77777777" w:rsidR="00371181" w:rsidRDefault="00000000">
            <w:r>
              <w:br/>
            </w:r>
          </w:p>
        </w:tc>
        <w:tc>
          <w:tcPr>
            <w:tcW w:w="1381" w:type="dxa"/>
          </w:tcPr>
          <w:p w14:paraId="1AD569CE" w14:textId="77777777" w:rsidR="00371181" w:rsidRDefault="00000000">
            <w:r>
              <w:br/>
            </w:r>
          </w:p>
        </w:tc>
      </w:tr>
      <w:tr w:rsidR="00371181" w14:paraId="11ABBAF4" w14:textId="77777777" w:rsidTr="007E098D">
        <w:trPr>
          <w:jc w:val="center"/>
        </w:trPr>
        <w:tc>
          <w:tcPr>
            <w:tcW w:w="1949" w:type="dxa"/>
          </w:tcPr>
          <w:p w14:paraId="698A9FC6" w14:textId="77777777" w:rsidR="00371181" w:rsidRDefault="00000000">
            <w:r>
              <w:br/>
            </w:r>
          </w:p>
        </w:tc>
        <w:tc>
          <w:tcPr>
            <w:tcW w:w="1949" w:type="dxa"/>
          </w:tcPr>
          <w:p w14:paraId="06206445" w14:textId="77777777" w:rsidR="00371181" w:rsidRDefault="00000000">
            <w:r>
              <w:br/>
            </w:r>
          </w:p>
        </w:tc>
        <w:tc>
          <w:tcPr>
            <w:tcW w:w="2198" w:type="dxa"/>
          </w:tcPr>
          <w:p w14:paraId="23B36FC7" w14:textId="77777777" w:rsidR="00371181" w:rsidRDefault="00000000">
            <w:r>
              <w:br/>
            </w:r>
          </w:p>
        </w:tc>
        <w:tc>
          <w:tcPr>
            <w:tcW w:w="2268" w:type="dxa"/>
          </w:tcPr>
          <w:p w14:paraId="35D3EE6D" w14:textId="77777777" w:rsidR="00371181" w:rsidRDefault="00000000">
            <w:r>
              <w:br/>
            </w:r>
          </w:p>
        </w:tc>
        <w:tc>
          <w:tcPr>
            <w:tcW w:w="1381" w:type="dxa"/>
          </w:tcPr>
          <w:p w14:paraId="1E6E89DE" w14:textId="77777777" w:rsidR="00371181" w:rsidRDefault="00000000">
            <w:r>
              <w:br/>
            </w:r>
          </w:p>
        </w:tc>
      </w:tr>
      <w:tr w:rsidR="00371181" w14:paraId="3F88BBE4" w14:textId="77777777" w:rsidTr="007E098D">
        <w:trPr>
          <w:jc w:val="center"/>
        </w:trPr>
        <w:tc>
          <w:tcPr>
            <w:tcW w:w="1949" w:type="dxa"/>
          </w:tcPr>
          <w:p w14:paraId="042FEA0D" w14:textId="77777777" w:rsidR="00371181" w:rsidRDefault="00000000">
            <w:r>
              <w:br/>
            </w:r>
          </w:p>
        </w:tc>
        <w:tc>
          <w:tcPr>
            <w:tcW w:w="1949" w:type="dxa"/>
          </w:tcPr>
          <w:p w14:paraId="3D32AC2C" w14:textId="77777777" w:rsidR="00371181" w:rsidRDefault="00000000">
            <w:r>
              <w:br/>
            </w:r>
          </w:p>
        </w:tc>
        <w:tc>
          <w:tcPr>
            <w:tcW w:w="2198" w:type="dxa"/>
          </w:tcPr>
          <w:p w14:paraId="5C03D758" w14:textId="77777777" w:rsidR="00371181" w:rsidRDefault="00000000">
            <w:r>
              <w:br/>
            </w:r>
          </w:p>
        </w:tc>
        <w:tc>
          <w:tcPr>
            <w:tcW w:w="2268" w:type="dxa"/>
          </w:tcPr>
          <w:p w14:paraId="1A693020" w14:textId="77777777" w:rsidR="00371181" w:rsidRDefault="00000000">
            <w:r>
              <w:br/>
            </w:r>
          </w:p>
        </w:tc>
        <w:tc>
          <w:tcPr>
            <w:tcW w:w="1381" w:type="dxa"/>
          </w:tcPr>
          <w:p w14:paraId="5067F758" w14:textId="77777777" w:rsidR="00371181" w:rsidRDefault="00000000">
            <w:r>
              <w:br/>
            </w:r>
          </w:p>
        </w:tc>
      </w:tr>
      <w:tr w:rsidR="00371181" w14:paraId="0394BE7D" w14:textId="77777777" w:rsidTr="007E098D">
        <w:trPr>
          <w:jc w:val="center"/>
        </w:trPr>
        <w:tc>
          <w:tcPr>
            <w:tcW w:w="1949" w:type="dxa"/>
          </w:tcPr>
          <w:p w14:paraId="7B9CFA42" w14:textId="77777777" w:rsidR="00371181" w:rsidRDefault="00000000">
            <w:r>
              <w:br/>
            </w:r>
          </w:p>
        </w:tc>
        <w:tc>
          <w:tcPr>
            <w:tcW w:w="1949" w:type="dxa"/>
          </w:tcPr>
          <w:p w14:paraId="5039AD69" w14:textId="77777777" w:rsidR="00371181" w:rsidRDefault="00000000">
            <w:r>
              <w:br/>
            </w:r>
          </w:p>
        </w:tc>
        <w:tc>
          <w:tcPr>
            <w:tcW w:w="2198" w:type="dxa"/>
          </w:tcPr>
          <w:p w14:paraId="4FBE83AA" w14:textId="77777777" w:rsidR="00371181" w:rsidRDefault="00000000">
            <w:r>
              <w:br/>
            </w:r>
          </w:p>
        </w:tc>
        <w:tc>
          <w:tcPr>
            <w:tcW w:w="2268" w:type="dxa"/>
          </w:tcPr>
          <w:p w14:paraId="5ACDE786" w14:textId="77777777" w:rsidR="00371181" w:rsidRDefault="00000000">
            <w:r>
              <w:br/>
            </w:r>
          </w:p>
        </w:tc>
        <w:tc>
          <w:tcPr>
            <w:tcW w:w="1381" w:type="dxa"/>
          </w:tcPr>
          <w:p w14:paraId="2837E68F" w14:textId="77777777" w:rsidR="00371181" w:rsidRDefault="00000000">
            <w:r>
              <w:br/>
            </w:r>
          </w:p>
        </w:tc>
      </w:tr>
      <w:tr w:rsidR="00371181" w14:paraId="7D65396A" w14:textId="77777777" w:rsidTr="007E098D">
        <w:trPr>
          <w:jc w:val="center"/>
        </w:trPr>
        <w:tc>
          <w:tcPr>
            <w:tcW w:w="1949" w:type="dxa"/>
          </w:tcPr>
          <w:p w14:paraId="7C5C8046" w14:textId="77777777" w:rsidR="00371181" w:rsidRDefault="00000000">
            <w:r>
              <w:br/>
            </w:r>
          </w:p>
        </w:tc>
        <w:tc>
          <w:tcPr>
            <w:tcW w:w="1949" w:type="dxa"/>
          </w:tcPr>
          <w:p w14:paraId="03B1E67C" w14:textId="77777777" w:rsidR="00371181" w:rsidRDefault="00000000">
            <w:r>
              <w:br/>
            </w:r>
          </w:p>
        </w:tc>
        <w:tc>
          <w:tcPr>
            <w:tcW w:w="2198" w:type="dxa"/>
          </w:tcPr>
          <w:p w14:paraId="5AE3C9A2" w14:textId="77777777" w:rsidR="00371181" w:rsidRDefault="00000000">
            <w:r>
              <w:br/>
            </w:r>
          </w:p>
        </w:tc>
        <w:tc>
          <w:tcPr>
            <w:tcW w:w="2268" w:type="dxa"/>
          </w:tcPr>
          <w:p w14:paraId="6FBB3A98" w14:textId="77777777" w:rsidR="00371181" w:rsidRDefault="00000000">
            <w:r>
              <w:br/>
            </w:r>
          </w:p>
        </w:tc>
        <w:tc>
          <w:tcPr>
            <w:tcW w:w="1381" w:type="dxa"/>
          </w:tcPr>
          <w:p w14:paraId="7CC3C4E3" w14:textId="77777777" w:rsidR="00371181" w:rsidRDefault="00000000">
            <w:r>
              <w:br/>
            </w:r>
          </w:p>
        </w:tc>
      </w:tr>
    </w:tbl>
    <w:p w14:paraId="63F4E09C" w14:textId="77777777" w:rsidR="00EE3562" w:rsidRDefault="00EE3562" w:rsidP="00823FC8">
      <w:pPr>
        <w:spacing w:before="240" w:after="120"/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</w:pPr>
    </w:p>
    <w:p w14:paraId="2F588893" w14:textId="19A82DE1" w:rsidR="00371181" w:rsidRPr="00823FC8" w:rsidRDefault="00000000" w:rsidP="00823FC8">
      <w:pPr>
        <w:spacing w:before="240" w:after="120"/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</w:pPr>
      <w:r w:rsidRPr="00823FC8"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  <w:lastRenderedPageBreak/>
        <w:t>5. PROPUESTA DE INVESTIGACIÓN</w:t>
      </w:r>
    </w:p>
    <w:p w14:paraId="727C4CFC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823FC8">
        <w:rPr>
          <w:b/>
          <w:lang w:val="es-CL"/>
        </w:rPr>
        <w:t>5.1 Resumen del Proyecto</w:t>
      </w:r>
    </w:p>
    <w:p w14:paraId="25A25ABB" w14:textId="3C0BB457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 xml:space="preserve">Presente una síntesis del problema, relevancia, objetivos, metodología y resultados esperados. Extensión máxima sugerida: </w:t>
      </w:r>
      <w:r w:rsidR="006A4BD8">
        <w:rPr>
          <w:i/>
          <w:sz w:val="18"/>
          <w:lang w:val="es-CL"/>
        </w:rPr>
        <w:t>(1500</w:t>
      </w:r>
      <w:r w:rsidRPr="00B55639">
        <w:rPr>
          <w:i/>
          <w:sz w:val="18"/>
          <w:lang w:val="es-CL"/>
        </w:rPr>
        <w:t xml:space="preserve"> </w:t>
      </w:r>
      <w:r w:rsidR="006A4BD8">
        <w:rPr>
          <w:i/>
          <w:sz w:val="18"/>
          <w:lang w:val="es-CL"/>
        </w:rPr>
        <w:t>caracteres con espacios)</w:t>
      </w:r>
      <w:r w:rsidRPr="00B55639">
        <w:rPr>
          <w:i/>
          <w:sz w:val="18"/>
          <w:lang w:val="es-CL"/>
        </w:rPr>
        <w:t>.</w:t>
      </w:r>
    </w:p>
    <w:tbl>
      <w:tblPr>
        <w:tblStyle w:val="Tablaconcuadrcula"/>
        <w:tblW w:w="10205" w:type="dxa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9050CA" w:rsidRPr="00F774C0" w14:paraId="731248A7" w14:textId="77777777" w:rsidTr="007E098D">
        <w:trPr>
          <w:trHeight w:val="4190"/>
        </w:trPr>
        <w:tc>
          <w:tcPr>
            <w:tcW w:w="10205" w:type="dxa"/>
          </w:tcPr>
          <w:p w14:paraId="2EB1B8FB" w14:textId="48497949" w:rsidR="009050CA" w:rsidRDefault="009050CA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41FA9193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823FC8">
        <w:rPr>
          <w:b/>
          <w:lang w:val="es-CL"/>
        </w:rPr>
        <w:t>5.2 Problema o pregunta de investigación</w:t>
      </w:r>
    </w:p>
    <w:p w14:paraId="44AF852D" w14:textId="6BC93E86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Defina claramente el problema o pregunta y explique su importancia en relación con el crecimiento o la pubertad durante la infancia y adolescencia.</w:t>
      </w:r>
      <w:r w:rsidR="003575C1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(</w:t>
      </w:r>
      <w:r w:rsidR="003575C1">
        <w:rPr>
          <w:i/>
          <w:sz w:val="18"/>
          <w:lang w:val="es-CL"/>
        </w:rPr>
        <w:t>2000</w:t>
      </w:r>
      <w:r w:rsidR="003575C1" w:rsidRPr="00B55639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caracteres con espacios)</w:t>
      </w:r>
      <w:r w:rsidR="003575C1" w:rsidRPr="00B55639">
        <w:rPr>
          <w:i/>
          <w:sz w:val="18"/>
          <w:lang w:val="es-CL"/>
        </w:rPr>
        <w:t>.</w:t>
      </w:r>
    </w:p>
    <w:tbl>
      <w:tblPr>
        <w:tblStyle w:val="Tablaconcuadrcula"/>
        <w:tblW w:w="10224" w:type="dxa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224"/>
      </w:tblGrid>
      <w:tr w:rsidR="007E098D" w14:paraId="34B07591" w14:textId="77777777" w:rsidTr="003575C1">
        <w:trPr>
          <w:trHeight w:val="5936"/>
        </w:trPr>
        <w:tc>
          <w:tcPr>
            <w:tcW w:w="10224" w:type="dxa"/>
          </w:tcPr>
          <w:p w14:paraId="3408123D" w14:textId="77777777" w:rsidR="007E098D" w:rsidRDefault="007E098D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321CEBE1" w14:textId="36E32A50" w:rsidR="00371181" w:rsidRPr="00823FC8" w:rsidRDefault="00000000" w:rsidP="00823FC8">
      <w:pPr>
        <w:spacing w:before="240" w:after="120"/>
        <w:rPr>
          <w:b/>
          <w:lang w:val="es-CL"/>
        </w:rPr>
      </w:pPr>
      <w:r w:rsidRPr="00823FC8">
        <w:rPr>
          <w:b/>
          <w:lang w:val="es-CL"/>
        </w:rPr>
        <w:lastRenderedPageBreak/>
        <w:t>5.3 Antecedentes y fundamento científico</w:t>
      </w:r>
    </w:p>
    <w:p w14:paraId="1A91F36D" w14:textId="5FDC85FF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Presente los principales antecedentes científicos, el estado actual del conocimiento, la brecha que busca abordar y la relevancia científica del Proyecto.</w:t>
      </w:r>
      <w:r w:rsidR="003575C1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(</w:t>
      </w:r>
      <w:r w:rsidR="003575C1">
        <w:rPr>
          <w:i/>
          <w:sz w:val="18"/>
          <w:lang w:val="es-CL"/>
        </w:rPr>
        <w:t>5000</w:t>
      </w:r>
      <w:r w:rsidR="003575C1" w:rsidRPr="00B55639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caracteres con espacios)</w:t>
      </w:r>
      <w:r w:rsidR="003575C1" w:rsidRPr="00B55639">
        <w:rPr>
          <w:i/>
          <w:sz w:val="18"/>
          <w:lang w:val="es-CL"/>
        </w:rPr>
        <w:t>.</w:t>
      </w:r>
    </w:p>
    <w:tbl>
      <w:tblPr>
        <w:tblStyle w:val="Tablaconcuadrcula"/>
        <w:tblW w:w="9865" w:type="dxa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65"/>
      </w:tblGrid>
      <w:tr w:rsidR="007E098D" w14:paraId="6730A168" w14:textId="77777777" w:rsidTr="003575C1">
        <w:trPr>
          <w:trHeight w:val="11767"/>
        </w:trPr>
        <w:tc>
          <w:tcPr>
            <w:tcW w:w="9865" w:type="dxa"/>
          </w:tcPr>
          <w:p w14:paraId="04A2735E" w14:textId="77777777" w:rsidR="007E098D" w:rsidRDefault="007E098D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6461BF59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823FC8">
        <w:rPr>
          <w:b/>
          <w:lang w:val="es-CL"/>
        </w:rPr>
        <w:lastRenderedPageBreak/>
        <w:t>5.4 Hipótesis</w:t>
      </w:r>
    </w:p>
    <w:p w14:paraId="14F6B005" w14:textId="18052071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Indique la hipótesis de investigación, cuando corresponda.</w:t>
      </w:r>
      <w:r w:rsidR="003575C1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(1</w:t>
      </w:r>
      <w:r w:rsidR="003575C1">
        <w:rPr>
          <w:i/>
          <w:sz w:val="18"/>
          <w:lang w:val="es-CL"/>
        </w:rPr>
        <w:t>0</w:t>
      </w:r>
      <w:r w:rsidR="003575C1">
        <w:rPr>
          <w:i/>
          <w:sz w:val="18"/>
          <w:lang w:val="es-CL"/>
        </w:rPr>
        <w:t>00</w:t>
      </w:r>
      <w:r w:rsidR="003575C1" w:rsidRPr="00B55639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caracteres con espacios)</w:t>
      </w:r>
      <w:r w:rsidR="003575C1" w:rsidRPr="00B55639">
        <w:rPr>
          <w:i/>
          <w:sz w:val="18"/>
          <w:lang w:val="es-CL"/>
        </w:rPr>
        <w:t>.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94"/>
      </w:tblGrid>
      <w:tr w:rsidR="007E098D" w14:paraId="32210349" w14:textId="77777777" w:rsidTr="003575C1">
        <w:trPr>
          <w:trHeight w:val="3327"/>
        </w:trPr>
        <w:tc>
          <w:tcPr>
            <w:tcW w:w="9894" w:type="dxa"/>
          </w:tcPr>
          <w:p w14:paraId="6B4E33AA" w14:textId="77777777" w:rsidR="007E098D" w:rsidRDefault="007E098D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2F5F932D" w14:textId="77777777" w:rsidR="003575C1" w:rsidRDefault="003575C1" w:rsidP="00823FC8">
      <w:pPr>
        <w:spacing w:before="240" w:after="120"/>
        <w:rPr>
          <w:b/>
          <w:lang w:val="es-CL"/>
        </w:rPr>
      </w:pPr>
    </w:p>
    <w:p w14:paraId="6F6923B7" w14:textId="11C43630" w:rsidR="00371181" w:rsidRPr="00823FC8" w:rsidRDefault="00000000" w:rsidP="00823FC8">
      <w:pPr>
        <w:spacing w:before="240" w:after="120"/>
        <w:rPr>
          <w:b/>
          <w:lang w:val="es-CL"/>
        </w:rPr>
      </w:pPr>
      <w:r w:rsidRPr="00823FC8">
        <w:rPr>
          <w:b/>
          <w:lang w:val="es-CL"/>
        </w:rPr>
        <w:t>5.5 Objetivos</w:t>
      </w:r>
    </w:p>
    <w:p w14:paraId="2F8C2302" w14:textId="20407ADB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Indique el objetivo general y los objetivos específicos.</w:t>
      </w:r>
      <w:r w:rsidR="003575C1" w:rsidRPr="003575C1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(</w:t>
      </w:r>
      <w:r w:rsidR="003575C1">
        <w:rPr>
          <w:i/>
          <w:sz w:val="18"/>
          <w:lang w:val="es-CL"/>
        </w:rPr>
        <w:t>20</w:t>
      </w:r>
      <w:r w:rsidR="003575C1">
        <w:rPr>
          <w:i/>
          <w:sz w:val="18"/>
          <w:lang w:val="es-CL"/>
        </w:rPr>
        <w:t>00</w:t>
      </w:r>
      <w:r w:rsidR="003575C1" w:rsidRPr="00B55639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caracteres con espacios)</w:t>
      </w:r>
      <w:r w:rsidR="003575C1" w:rsidRPr="00B55639">
        <w:rPr>
          <w:i/>
          <w:sz w:val="18"/>
          <w:lang w:val="es-CL"/>
        </w:rPr>
        <w:t>.</w:t>
      </w:r>
    </w:p>
    <w:tbl>
      <w:tblPr>
        <w:tblStyle w:val="Tablaconcuadrcula"/>
        <w:tblW w:w="9913" w:type="dxa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13"/>
      </w:tblGrid>
      <w:tr w:rsidR="007E098D" w14:paraId="5C7504C9" w14:textId="77777777" w:rsidTr="003575C1">
        <w:trPr>
          <w:trHeight w:val="7175"/>
        </w:trPr>
        <w:tc>
          <w:tcPr>
            <w:tcW w:w="9913" w:type="dxa"/>
          </w:tcPr>
          <w:p w14:paraId="7833208F" w14:textId="77777777" w:rsidR="007E098D" w:rsidRDefault="007E098D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43BEDAE0" w14:textId="77777777" w:rsidR="003575C1" w:rsidRDefault="003575C1" w:rsidP="00823FC8">
      <w:pPr>
        <w:spacing w:before="240" w:after="120"/>
        <w:rPr>
          <w:b/>
          <w:lang w:val="es-CL"/>
        </w:rPr>
      </w:pPr>
    </w:p>
    <w:p w14:paraId="6700E2E3" w14:textId="009DE09F" w:rsidR="00371181" w:rsidRPr="00823FC8" w:rsidRDefault="00000000" w:rsidP="00823FC8">
      <w:pPr>
        <w:spacing w:before="240" w:after="120"/>
        <w:rPr>
          <w:b/>
          <w:lang w:val="es-CL"/>
        </w:rPr>
      </w:pPr>
      <w:r w:rsidRPr="00823FC8">
        <w:rPr>
          <w:b/>
          <w:lang w:val="es-CL"/>
        </w:rPr>
        <w:lastRenderedPageBreak/>
        <w:t>5.6 Metodología</w:t>
      </w:r>
    </w:p>
    <w:p w14:paraId="280D183A" w14:textId="4E818CFD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Describa el diseño del estudio y los métodos. Cuando corresponda, incluya población o muestra, criterios de inclusión/exclusión, variables, procedimientos, intervenciones, mediciones, tamaño muestral y métodos de análisis.</w:t>
      </w:r>
      <w:r w:rsidR="003575C1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(</w:t>
      </w:r>
      <w:r w:rsidR="003575C1">
        <w:rPr>
          <w:i/>
          <w:sz w:val="18"/>
          <w:lang w:val="es-CL"/>
        </w:rPr>
        <w:t>60</w:t>
      </w:r>
      <w:r w:rsidR="003575C1">
        <w:rPr>
          <w:i/>
          <w:sz w:val="18"/>
          <w:lang w:val="es-CL"/>
        </w:rPr>
        <w:t>00</w:t>
      </w:r>
      <w:r w:rsidR="003575C1" w:rsidRPr="00B55639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caracteres con espacios)</w:t>
      </w:r>
      <w:r w:rsidR="003575C1" w:rsidRPr="00B55639">
        <w:rPr>
          <w:i/>
          <w:sz w:val="18"/>
          <w:lang w:val="es-CL"/>
        </w:rPr>
        <w:t>.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04"/>
      </w:tblGrid>
      <w:tr w:rsidR="007E098D" w14:paraId="6799B8AE" w14:textId="77777777" w:rsidTr="003575C1">
        <w:trPr>
          <w:trHeight w:val="11586"/>
        </w:trPr>
        <w:tc>
          <w:tcPr>
            <w:tcW w:w="9904" w:type="dxa"/>
          </w:tcPr>
          <w:p w14:paraId="0F0FAE2D" w14:textId="77777777" w:rsidR="007E098D" w:rsidRDefault="007E098D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79BDF22D" w14:textId="091132E5" w:rsidR="00371181" w:rsidRPr="00B55639" w:rsidRDefault="00371181">
      <w:pPr>
        <w:rPr>
          <w:lang w:val="es-CL"/>
        </w:rPr>
      </w:pPr>
    </w:p>
    <w:p w14:paraId="07009B97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823FC8">
        <w:rPr>
          <w:b/>
          <w:lang w:val="es-CL"/>
        </w:rPr>
        <w:lastRenderedPageBreak/>
        <w:t>5.7 Plan de análisis</w:t>
      </w:r>
    </w:p>
    <w:p w14:paraId="3D5DB16B" w14:textId="7ED53FBD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Describa los procedimientos de análisis de datos o resultados, incluyendo métodos estadísticos cuando corresponda.</w:t>
      </w:r>
      <w:r w:rsidR="003575C1" w:rsidRPr="003575C1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(</w:t>
      </w:r>
      <w:r w:rsidR="003575C1">
        <w:rPr>
          <w:i/>
          <w:sz w:val="18"/>
          <w:lang w:val="es-CL"/>
        </w:rPr>
        <w:t>30</w:t>
      </w:r>
      <w:r w:rsidR="003575C1">
        <w:rPr>
          <w:i/>
          <w:sz w:val="18"/>
          <w:lang w:val="es-CL"/>
        </w:rPr>
        <w:t>00</w:t>
      </w:r>
      <w:r w:rsidR="003575C1" w:rsidRPr="00B55639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caracteres con espacios)</w:t>
      </w:r>
      <w:r w:rsidR="003575C1" w:rsidRPr="00B55639">
        <w:rPr>
          <w:i/>
          <w:sz w:val="18"/>
          <w:lang w:val="es-CL"/>
        </w:rPr>
        <w:t>.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24"/>
      </w:tblGrid>
      <w:tr w:rsidR="007E098D" w14:paraId="059158F6" w14:textId="77777777" w:rsidTr="003575C1">
        <w:trPr>
          <w:trHeight w:val="5835"/>
        </w:trPr>
        <w:tc>
          <w:tcPr>
            <w:tcW w:w="9924" w:type="dxa"/>
          </w:tcPr>
          <w:p w14:paraId="52A7AC7F" w14:textId="77777777" w:rsidR="007E098D" w:rsidRDefault="007E098D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7F83F6DF" w14:textId="75A051DA" w:rsidR="00371181" w:rsidRPr="00823FC8" w:rsidRDefault="00000000" w:rsidP="00823FC8">
      <w:pPr>
        <w:spacing w:before="240" w:after="120"/>
        <w:rPr>
          <w:b/>
          <w:lang w:val="es-CL"/>
        </w:rPr>
      </w:pPr>
      <w:r w:rsidRPr="00823FC8">
        <w:rPr>
          <w:b/>
          <w:lang w:val="es-CL"/>
        </w:rPr>
        <w:t>5.8 Originalidad y relevancia científica</w:t>
      </w:r>
    </w:p>
    <w:p w14:paraId="04A2B690" w14:textId="15ED93C7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Explique los aspectos originales o innovadores y la contribución esperada al conocimiento científico.</w:t>
      </w:r>
      <w:r w:rsidR="003575C1" w:rsidRPr="003575C1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(</w:t>
      </w:r>
      <w:r w:rsidR="003575C1">
        <w:rPr>
          <w:i/>
          <w:sz w:val="18"/>
          <w:lang w:val="es-CL"/>
        </w:rPr>
        <w:t>20</w:t>
      </w:r>
      <w:r w:rsidR="003575C1">
        <w:rPr>
          <w:i/>
          <w:sz w:val="18"/>
          <w:lang w:val="es-CL"/>
        </w:rPr>
        <w:t>00</w:t>
      </w:r>
      <w:r w:rsidR="003575C1" w:rsidRPr="00B55639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caracteres con espacios)</w:t>
      </w:r>
      <w:r w:rsidR="003575C1" w:rsidRPr="00B55639">
        <w:rPr>
          <w:i/>
          <w:sz w:val="18"/>
          <w:lang w:val="es-CL"/>
        </w:rPr>
        <w:t>.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24"/>
      </w:tblGrid>
      <w:tr w:rsidR="007E098D" w14:paraId="41E56A66" w14:textId="77777777" w:rsidTr="00944D79">
        <w:trPr>
          <w:trHeight w:val="5080"/>
        </w:trPr>
        <w:tc>
          <w:tcPr>
            <w:tcW w:w="9924" w:type="dxa"/>
          </w:tcPr>
          <w:p w14:paraId="71B4D893" w14:textId="77777777" w:rsidR="007E098D" w:rsidRDefault="007E098D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630EA51C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823FC8">
        <w:rPr>
          <w:b/>
          <w:lang w:val="es-CL"/>
        </w:rPr>
        <w:lastRenderedPageBreak/>
        <w:t>5.9 Impacto esperado</w:t>
      </w:r>
    </w:p>
    <w:p w14:paraId="43E11404" w14:textId="564CAF27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Describa el impacto potencial en la salud, crecimiento, desarrollo o calidad de vida de niños y adolescentes.</w:t>
      </w:r>
      <w:r w:rsidR="003575C1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(</w:t>
      </w:r>
      <w:r w:rsidR="003575C1">
        <w:rPr>
          <w:i/>
          <w:sz w:val="18"/>
          <w:lang w:val="es-CL"/>
        </w:rPr>
        <w:t>20</w:t>
      </w:r>
      <w:r w:rsidR="003575C1">
        <w:rPr>
          <w:i/>
          <w:sz w:val="18"/>
          <w:lang w:val="es-CL"/>
        </w:rPr>
        <w:t>00</w:t>
      </w:r>
      <w:r w:rsidR="003575C1" w:rsidRPr="00B55639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caracteres con espacios)</w:t>
      </w:r>
      <w:r w:rsidR="003575C1" w:rsidRPr="00B55639">
        <w:rPr>
          <w:i/>
          <w:sz w:val="18"/>
          <w:lang w:val="es-CL"/>
        </w:rPr>
        <w:t>.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65"/>
      </w:tblGrid>
      <w:tr w:rsidR="007E098D" w14:paraId="1E1C762B" w14:textId="77777777" w:rsidTr="00944D79">
        <w:trPr>
          <w:trHeight w:val="5998"/>
        </w:trPr>
        <w:tc>
          <w:tcPr>
            <w:tcW w:w="9865" w:type="dxa"/>
          </w:tcPr>
          <w:p w14:paraId="651CD4CC" w14:textId="77777777" w:rsidR="007E098D" w:rsidRDefault="007E098D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0ACF9D09" w14:textId="37C77DAE" w:rsidR="00371181" w:rsidRPr="00B55639" w:rsidRDefault="00371181">
      <w:pPr>
        <w:rPr>
          <w:lang w:val="es-CL"/>
        </w:rPr>
      </w:pPr>
    </w:p>
    <w:p w14:paraId="59C81AFD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823FC8">
        <w:rPr>
          <w:b/>
          <w:lang w:val="es-CL"/>
        </w:rPr>
        <w:t>5.10 Resultados esperados</w:t>
      </w:r>
    </w:p>
    <w:p w14:paraId="6CC04901" w14:textId="2A8EF9A1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Indique los principales resultados científicos esperados.</w:t>
      </w:r>
      <w:r w:rsidR="003575C1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(1500</w:t>
      </w:r>
      <w:r w:rsidR="003575C1" w:rsidRPr="00B55639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caracteres con espacios)</w:t>
      </w:r>
      <w:r w:rsidR="003575C1" w:rsidRPr="00B55639">
        <w:rPr>
          <w:i/>
          <w:sz w:val="18"/>
          <w:lang w:val="es-CL"/>
        </w:rPr>
        <w:t>.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14"/>
      </w:tblGrid>
      <w:tr w:rsidR="007E098D" w14:paraId="12B9F614" w14:textId="77777777" w:rsidTr="00944D79">
        <w:trPr>
          <w:trHeight w:val="4754"/>
        </w:trPr>
        <w:tc>
          <w:tcPr>
            <w:tcW w:w="9914" w:type="dxa"/>
          </w:tcPr>
          <w:p w14:paraId="5BE24690" w14:textId="77777777" w:rsidR="007E098D" w:rsidRDefault="007E098D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797A070F" w14:textId="751987FA" w:rsidR="00371181" w:rsidRPr="00823FC8" w:rsidRDefault="00000000" w:rsidP="00823FC8">
      <w:pPr>
        <w:spacing w:before="240" w:after="120"/>
        <w:rPr>
          <w:b/>
          <w:lang w:val="es-CL"/>
        </w:rPr>
      </w:pPr>
      <w:r w:rsidRPr="00823FC8">
        <w:rPr>
          <w:b/>
          <w:lang w:val="es-CL"/>
        </w:rPr>
        <w:lastRenderedPageBreak/>
        <w:t>5.11 Limitaciones y riesgos</w:t>
      </w:r>
    </w:p>
    <w:p w14:paraId="596DB24C" w14:textId="2EF7F206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Identifique las principales dificultades o riesgos y las medidas previstas para enfrentarlos.</w:t>
      </w:r>
      <w:r w:rsidR="003575C1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(1500</w:t>
      </w:r>
      <w:r w:rsidR="003575C1" w:rsidRPr="00B55639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caracteres con espacios)</w:t>
      </w:r>
      <w:r w:rsidR="003575C1" w:rsidRPr="00B55639">
        <w:rPr>
          <w:i/>
          <w:sz w:val="18"/>
          <w:lang w:val="es-CL"/>
        </w:rPr>
        <w:t>.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66"/>
      </w:tblGrid>
      <w:tr w:rsidR="007E098D" w14:paraId="5469A935" w14:textId="77777777" w:rsidTr="00944D79">
        <w:trPr>
          <w:trHeight w:val="3823"/>
        </w:trPr>
        <w:tc>
          <w:tcPr>
            <w:tcW w:w="9866" w:type="dxa"/>
          </w:tcPr>
          <w:p w14:paraId="608B2079" w14:textId="77777777" w:rsidR="007E098D" w:rsidRDefault="007E098D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42F04070" w14:textId="77777777" w:rsidR="00944D79" w:rsidRDefault="00944D79" w:rsidP="00944D79">
      <w:pPr>
        <w:spacing w:before="120" w:after="120"/>
        <w:rPr>
          <w:b/>
          <w:lang w:val="es-CL"/>
        </w:rPr>
      </w:pPr>
    </w:p>
    <w:p w14:paraId="486B162B" w14:textId="561D73CC" w:rsidR="00371181" w:rsidRPr="00823FC8" w:rsidRDefault="00000000" w:rsidP="00823FC8">
      <w:pPr>
        <w:spacing w:before="240" w:after="120"/>
        <w:rPr>
          <w:b/>
          <w:lang w:val="es-CL"/>
        </w:rPr>
      </w:pPr>
      <w:r w:rsidRPr="00823FC8">
        <w:rPr>
          <w:b/>
          <w:lang w:val="es-CL"/>
        </w:rPr>
        <w:t>6. PLAN DE TRABAJO Y CRONOGRAMA</w:t>
      </w:r>
    </w:p>
    <w:p w14:paraId="4F3E4E68" w14:textId="77777777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Detalle las principales actividades, responsables y meses previstos para su ejecución.</w:t>
      </w:r>
    </w:p>
    <w:tbl>
      <w:tblPr>
        <w:tblStyle w:val="Tablaconcuadrcula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36"/>
        <w:gridCol w:w="2436"/>
        <w:gridCol w:w="2436"/>
        <w:gridCol w:w="2436"/>
      </w:tblGrid>
      <w:tr w:rsidR="00371181" w14:paraId="0689DF27" w14:textId="77777777" w:rsidTr="007E098D">
        <w:trPr>
          <w:tblHeader/>
          <w:jc w:val="center"/>
        </w:trPr>
        <w:tc>
          <w:tcPr>
            <w:tcW w:w="2436" w:type="dxa"/>
            <w:shd w:val="clear" w:color="auto" w:fill="E7E6E6"/>
          </w:tcPr>
          <w:p w14:paraId="2452BD01" w14:textId="77777777" w:rsidR="00371181" w:rsidRDefault="00000000">
            <w:proofErr w:type="spellStart"/>
            <w:r>
              <w:t>Actividad</w:t>
            </w:r>
            <w:proofErr w:type="spellEnd"/>
          </w:p>
        </w:tc>
        <w:tc>
          <w:tcPr>
            <w:tcW w:w="2436" w:type="dxa"/>
            <w:shd w:val="clear" w:color="auto" w:fill="E7E6E6"/>
          </w:tcPr>
          <w:p w14:paraId="1529A54F" w14:textId="77777777" w:rsidR="00371181" w:rsidRDefault="00000000">
            <w:r>
              <w:t>Responsable</w:t>
            </w:r>
          </w:p>
        </w:tc>
        <w:tc>
          <w:tcPr>
            <w:tcW w:w="2436" w:type="dxa"/>
            <w:shd w:val="clear" w:color="auto" w:fill="E7E6E6"/>
          </w:tcPr>
          <w:p w14:paraId="79B78849" w14:textId="77777777" w:rsidR="00371181" w:rsidRDefault="00000000">
            <w:r>
              <w:t>Inicio</w:t>
            </w:r>
          </w:p>
        </w:tc>
        <w:tc>
          <w:tcPr>
            <w:tcW w:w="2436" w:type="dxa"/>
            <w:shd w:val="clear" w:color="auto" w:fill="E7E6E6"/>
          </w:tcPr>
          <w:p w14:paraId="10F44864" w14:textId="77777777" w:rsidR="00371181" w:rsidRDefault="00000000">
            <w:r>
              <w:t>Término</w:t>
            </w:r>
          </w:p>
        </w:tc>
      </w:tr>
      <w:tr w:rsidR="00371181" w14:paraId="46E6ED62" w14:textId="77777777" w:rsidTr="007E098D">
        <w:trPr>
          <w:jc w:val="center"/>
        </w:trPr>
        <w:tc>
          <w:tcPr>
            <w:tcW w:w="2436" w:type="dxa"/>
          </w:tcPr>
          <w:p w14:paraId="72427ED5" w14:textId="77777777" w:rsidR="00371181" w:rsidRDefault="00371181"/>
        </w:tc>
        <w:tc>
          <w:tcPr>
            <w:tcW w:w="2436" w:type="dxa"/>
          </w:tcPr>
          <w:p w14:paraId="7C089CE6" w14:textId="77777777" w:rsidR="00371181" w:rsidRDefault="00371181"/>
        </w:tc>
        <w:tc>
          <w:tcPr>
            <w:tcW w:w="2436" w:type="dxa"/>
          </w:tcPr>
          <w:p w14:paraId="71781691" w14:textId="77777777" w:rsidR="00371181" w:rsidRDefault="00000000">
            <w:r>
              <w:t xml:space="preserve">Mes </w:t>
            </w:r>
          </w:p>
        </w:tc>
        <w:tc>
          <w:tcPr>
            <w:tcW w:w="2436" w:type="dxa"/>
          </w:tcPr>
          <w:p w14:paraId="2706B1FD" w14:textId="77777777" w:rsidR="00371181" w:rsidRDefault="00000000">
            <w:r>
              <w:t xml:space="preserve">Mes </w:t>
            </w:r>
          </w:p>
        </w:tc>
      </w:tr>
      <w:tr w:rsidR="00371181" w14:paraId="57881AFD" w14:textId="77777777" w:rsidTr="007E098D">
        <w:trPr>
          <w:jc w:val="center"/>
        </w:trPr>
        <w:tc>
          <w:tcPr>
            <w:tcW w:w="2436" w:type="dxa"/>
          </w:tcPr>
          <w:p w14:paraId="242DA477" w14:textId="77777777" w:rsidR="00371181" w:rsidRDefault="00371181"/>
        </w:tc>
        <w:tc>
          <w:tcPr>
            <w:tcW w:w="2436" w:type="dxa"/>
          </w:tcPr>
          <w:p w14:paraId="060B373C" w14:textId="77777777" w:rsidR="00371181" w:rsidRDefault="00371181"/>
        </w:tc>
        <w:tc>
          <w:tcPr>
            <w:tcW w:w="2436" w:type="dxa"/>
          </w:tcPr>
          <w:p w14:paraId="7752AFA4" w14:textId="77777777" w:rsidR="00371181" w:rsidRDefault="00000000">
            <w:r>
              <w:t xml:space="preserve">Mes </w:t>
            </w:r>
          </w:p>
        </w:tc>
        <w:tc>
          <w:tcPr>
            <w:tcW w:w="2436" w:type="dxa"/>
          </w:tcPr>
          <w:p w14:paraId="3A292548" w14:textId="77777777" w:rsidR="00371181" w:rsidRDefault="00000000">
            <w:r>
              <w:t xml:space="preserve">Mes </w:t>
            </w:r>
          </w:p>
        </w:tc>
      </w:tr>
      <w:tr w:rsidR="00371181" w14:paraId="7A099197" w14:textId="77777777" w:rsidTr="007E098D">
        <w:trPr>
          <w:jc w:val="center"/>
        </w:trPr>
        <w:tc>
          <w:tcPr>
            <w:tcW w:w="2436" w:type="dxa"/>
          </w:tcPr>
          <w:p w14:paraId="1B8041F7" w14:textId="77777777" w:rsidR="00371181" w:rsidRDefault="00371181"/>
        </w:tc>
        <w:tc>
          <w:tcPr>
            <w:tcW w:w="2436" w:type="dxa"/>
          </w:tcPr>
          <w:p w14:paraId="226F6358" w14:textId="77777777" w:rsidR="00371181" w:rsidRDefault="00371181"/>
        </w:tc>
        <w:tc>
          <w:tcPr>
            <w:tcW w:w="2436" w:type="dxa"/>
          </w:tcPr>
          <w:p w14:paraId="2642ECCE" w14:textId="77777777" w:rsidR="00371181" w:rsidRDefault="00000000">
            <w:r>
              <w:t xml:space="preserve">Mes </w:t>
            </w:r>
          </w:p>
        </w:tc>
        <w:tc>
          <w:tcPr>
            <w:tcW w:w="2436" w:type="dxa"/>
          </w:tcPr>
          <w:p w14:paraId="70835966" w14:textId="77777777" w:rsidR="00371181" w:rsidRDefault="00000000">
            <w:r>
              <w:t xml:space="preserve">Mes </w:t>
            </w:r>
          </w:p>
        </w:tc>
      </w:tr>
      <w:tr w:rsidR="00371181" w14:paraId="0063C3F0" w14:textId="77777777" w:rsidTr="007E098D">
        <w:trPr>
          <w:jc w:val="center"/>
        </w:trPr>
        <w:tc>
          <w:tcPr>
            <w:tcW w:w="2436" w:type="dxa"/>
          </w:tcPr>
          <w:p w14:paraId="5C2351A7" w14:textId="77777777" w:rsidR="00371181" w:rsidRDefault="00371181"/>
        </w:tc>
        <w:tc>
          <w:tcPr>
            <w:tcW w:w="2436" w:type="dxa"/>
          </w:tcPr>
          <w:p w14:paraId="520060FD" w14:textId="77777777" w:rsidR="00371181" w:rsidRDefault="00371181"/>
        </w:tc>
        <w:tc>
          <w:tcPr>
            <w:tcW w:w="2436" w:type="dxa"/>
          </w:tcPr>
          <w:p w14:paraId="7395A445" w14:textId="77777777" w:rsidR="00371181" w:rsidRDefault="00000000">
            <w:r>
              <w:t xml:space="preserve">Mes </w:t>
            </w:r>
          </w:p>
        </w:tc>
        <w:tc>
          <w:tcPr>
            <w:tcW w:w="2436" w:type="dxa"/>
          </w:tcPr>
          <w:p w14:paraId="4ECBED84" w14:textId="77777777" w:rsidR="00371181" w:rsidRDefault="00000000">
            <w:r>
              <w:t xml:space="preserve">Mes </w:t>
            </w:r>
          </w:p>
        </w:tc>
      </w:tr>
      <w:tr w:rsidR="00371181" w14:paraId="11D16208" w14:textId="77777777" w:rsidTr="007E098D">
        <w:trPr>
          <w:jc w:val="center"/>
        </w:trPr>
        <w:tc>
          <w:tcPr>
            <w:tcW w:w="2436" w:type="dxa"/>
          </w:tcPr>
          <w:p w14:paraId="0E607FA5" w14:textId="77777777" w:rsidR="00371181" w:rsidRDefault="00371181"/>
        </w:tc>
        <w:tc>
          <w:tcPr>
            <w:tcW w:w="2436" w:type="dxa"/>
          </w:tcPr>
          <w:p w14:paraId="270D8BED" w14:textId="77777777" w:rsidR="00371181" w:rsidRDefault="00371181"/>
        </w:tc>
        <w:tc>
          <w:tcPr>
            <w:tcW w:w="2436" w:type="dxa"/>
          </w:tcPr>
          <w:p w14:paraId="4DBDC0AB" w14:textId="77777777" w:rsidR="00371181" w:rsidRDefault="00000000">
            <w:r>
              <w:t xml:space="preserve">Mes </w:t>
            </w:r>
          </w:p>
        </w:tc>
        <w:tc>
          <w:tcPr>
            <w:tcW w:w="2436" w:type="dxa"/>
          </w:tcPr>
          <w:p w14:paraId="03954DAC" w14:textId="77777777" w:rsidR="00371181" w:rsidRDefault="00000000">
            <w:r>
              <w:t xml:space="preserve">Mes </w:t>
            </w:r>
          </w:p>
        </w:tc>
      </w:tr>
      <w:tr w:rsidR="00371181" w14:paraId="5B9CF9E4" w14:textId="77777777" w:rsidTr="007E098D">
        <w:trPr>
          <w:jc w:val="center"/>
        </w:trPr>
        <w:tc>
          <w:tcPr>
            <w:tcW w:w="2436" w:type="dxa"/>
          </w:tcPr>
          <w:p w14:paraId="28AA7645" w14:textId="77777777" w:rsidR="00371181" w:rsidRDefault="00371181"/>
        </w:tc>
        <w:tc>
          <w:tcPr>
            <w:tcW w:w="2436" w:type="dxa"/>
          </w:tcPr>
          <w:p w14:paraId="2E87F2BC" w14:textId="77777777" w:rsidR="00371181" w:rsidRDefault="00371181"/>
        </w:tc>
        <w:tc>
          <w:tcPr>
            <w:tcW w:w="2436" w:type="dxa"/>
          </w:tcPr>
          <w:p w14:paraId="3077DC95" w14:textId="77777777" w:rsidR="00371181" w:rsidRDefault="00000000">
            <w:r>
              <w:t xml:space="preserve">Mes </w:t>
            </w:r>
          </w:p>
        </w:tc>
        <w:tc>
          <w:tcPr>
            <w:tcW w:w="2436" w:type="dxa"/>
          </w:tcPr>
          <w:p w14:paraId="01560225" w14:textId="77777777" w:rsidR="00371181" w:rsidRDefault="00000000">
            <w:r>
              <w:t xml:space="preserve">Mes </w:t>
            </w:r>
          </w:p>
        </w:tc>
      </w:tr>
      <w:tr w:rsidR="00371181" w14:paraId="75024F5E" w14:textId="77777777" w:rsidTr="007E098D">
        <w:trPr>
          <w:jc w:val="center"/>
        </w:trPr>
        <w:tc>
          <w:tcPr>
            <w:tcW w:w="2436" w:type="dxa"/>
          </w:tcPr>
          <w:p w14:paraId="302B7F5D" w14:textId="77777777" w:rsidR="00371181" w:rsidRDefault="00371181"/>
        </w:tc>
        <w:tc>
          <w:tcPr>
            <w:tcW w:w="2436" w:type="dxa"/>
          </w:tcPr>
          <w:p w14:paraId="0FC1E86E" w14:textId="77777777" w:rsidR="00371181" w:rsidRDefault="00371181"/>
        </w:tc>
        <w:tc>
          <w:tcPr>
            <w:tcW w:w="2436" w:type="dxa"/>
          </w:tcPr>
          <w:p w14:paraId="1CFE8F0B" w14:textId="77777777" w:rsidR="00371181" w:rsidRDefault="00000000">
            <w:r>
              <w:t xml:space="preserve">Mes </w:t>
            </w:r>
          </w:p>
        </w:tc>
        <w:tc>
          <w:tcPr>
            <w:tcW w:w="2436" w:type="dxa"/>
          </w:tcPr>
          <w:p w14:paraId="6CC24C9F" w14:textId="77777777" w:rsidR="00371181" w:rsidRDefault="00000000">
            <w:r>
              <w:t xml:space="preserve">Mes </w:t>
            </w:r>
          </w:p>
        </w:tc>
      </w:tr>
      <w:tr w:rsidR="00371181" w14:paraId="378AEA56" w14:textId="77777777" w:rsidTr="007E098D">
        <w:trPr>
          <w:jc w:val="center"/>
        </w:trPr>
        <w:tc>
          <w:tcPr>
            <w:tcW w:w="2436" w:type="dxa"/>
          </w:tcPr>
          <w:p w14:paraId="74ABC0A8" w14:textId="77777777" w:rsidR="00371181" w:rsidRDefault="00371181"/>
        </w:tc>
        <w:tc>
          <w:tcPr>
            <w:tcW w:w="2436" w:type="dxa"/>
          </w:tcPr>
          <w:p w14:paraId="7C0AE271" w14:textId="77777777" w:rsidR="00371181" w:rsidRDefault="00371181"/>
        </w:tc>
        <w:tc>
          <w:tcPr>
            <w:tcW w:w="2436" w:type="dxa"/>
          </w:tcPr>
          <w:p w14:paraId="489DFB2B" w14:textId="77777777" w:rsidR="00371181" w:rsidRDefault="00000000">
            <w:r>
              <w:t xml:space="preserve">Mes </w:t>
            </w:r>
          </w:p>
        </w:tc>
        <w:tc>
          <w:tcPr>
            <w:tcW w:w="2436" w:type="dxa"/>
          </w:tcPr>
          <w:p w14:paraId="6FB96CAC" w14:textId="77777777" w:rsidR="00371181" w:rsidRDefault="00000000">
            <w:r>
              <w:t xml:space="preserve">Mes </w:t>
            </w:r>
          </w:p>
        </w:tc>
      </w:tr>
    </w:tbl>
    <w:p w14:paraId="674CB5CA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823FC8">
        <w:rPr>
          <w:b/>
          <w:lang w:val="es-CL"/>
        </w:rPr>
        <w:t>Duración total del Proyecto: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7E098D" w:rsidRPr="00F774C0" w14:paraId="7B8F2C26" w14:textId="77777777" w:rsidTr="00F774C0">
        <w:tc>
          <w:tcPr>
            <w:tcW w:w="9886" w:type="dxa"/>
          </w:tcPr>
          <w:p w14:paraId="02BF2F88" w14:textId="77777777" w:rsidR="007E098D" w:rsidRPr="00F774C0" w:rsidRDefault="007E098D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29B8CAEC" w14:textId="7393B502" w:rsidR="00371181" w:rsidRPr="00487E7F" w:rsidRDefault="00000000" w:rsidP="00823FC8">
      <w:pPr>
        <w:spacing w:before="240" w:after="120"/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</w:pPr>
      <w:r w:rsidRPr="00487E7F"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  <w:t>7. PRESUPUESTO</w:t>
      </w:r>
    </w:p>
    <w:p w14:paraId="314D85DE" w14:textId="77777777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Indique los recursos solicitados a Corporación Crecer. La convocatoria financia exclusivamente Gastos Directos y no contempla Gastos de Administración o costos indirectos institucionales.</w:t>
      </w:r>
    </w:p>
    <w:tbl>
      <w:tblPr>
        <w:tblStyle w:val="Tablaconcuadrcula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73"/>
        <w:gridCol w:w="4873"/>
      </w:tblGrid>
      <w:tr w:rsidR="00371181" w14:paraId="016EAE26" w14:textId="77777777" w:rsidTr="00F774C0">
        <w:trPr>
          <w:tblHeader/>
          <w:jc w:val="center"/>
        </w:trPr>
        <w:tc>
          <w:tcPr>
            <w:tcW w:w="4873" w:type="dxa"/>
            <w:shd w:val="clear" w:color="auto" w:fill="E7E6E6"/>
          </w:tcPr>
          <w:p w14:paraId="06157017" w14:textId="77777777" w:rsidR="00371181" w:rsidRDefault="00000000">
            <w:proofErr w:type="spellStart"/>
            <w:r>
              <w:t>Ítem</w:t>
            </w:r>
            <w:proofErr w:type="spellEnd"/>
          </w:p>
        </w:tc>
        <w:tc>
          <w:tcPr>
            <w:tcW w:w="4873" w:type="dxa"/>
            <w:shd w:val="clear" w:color="auto" w:fill="E7E6E6"/>
          </w:tcPr>
          <w:p w14:paraId="7F79DF0B" w14:textId="77777777" w:rsidR="00371181" w:rsidRDefault="00000000">
            <w:r>
              <w:t>Monto solicitado</w:t>
            </w:r>
          </w:p>
        </w:tc>
      </w:tr>
      <w:tr w:rsidR="00371181" w14:paraId="7282845E" w14:textId="77777777" w:rsidTr="00F774C0">
        <w:trPr>
          <w:jc w:val="center"/>
        </w:trPr>
        <w:tc>
          <w:tcPr>
            <w:tcW w:w="4873" w:type="dxa"/>
          </w:tcPr>
          <w:p w14:paraId="0E1B92BE" w14:textId="77777777" w:rsidR="00371181" w:rsidRDefault="00000000">
            <w:r>
              <w:t>Personal y honorarios</w:t>
            </w:r>
          </w:p>
        </w:tc>
        <w:tc>
          <w:tcPr>
            <w:tcW w:w="4873" w:type="dxa"/>
          </w:tcPr>
          <w:p w14:paraId="52D93992" w14:textId="77777777" w:rsidR="00371181" w:rsidRDefault="00000000">
            <w:r>
              <w:t xml:space="preserve">$ </w:t>
            </w:r>
          </w:p>
        </w:tc>
      </w:tr>
      <w:tr w:rsidR="00371181" w14:paraId="39C4D723" w14:textId="77777777" w:rsidTr="00F774C0">
        <w:trPr>
          <w:jc w:val="center"/>
        </w:trPr>
        <w:tc>
          <w:tcPr>
            <w:tcW w:w="4873" w:type="dxa"/>
          </w:tcPr>
          <w:p w14:paraId="141D0914" w14:textId="77777777" w:rsidR="00371181" w:rsidRDefault="00000000">
            <w:r>
              <w:t>Equipamiento</w:t>
            </w:r>
          </w:p>
        </w:tc>
        <w:tc>
          <w:tcPr>
            <w:tcW w:w="4873" w:type="dxa"/>
          </w:tcPr>
          <w:p w14:paraId="38F212B7" w14:textId="77777777" w:rsidR="00371181" w:rsidRDefault="00000000">
            <w:r>
              <w:t xml:space="preserve">$ </w:t>
            </w:r>
          </w:p>
        </w:tc>
      </w:tr>
      <w:tr w:rsidR="00371181" w14:paraId="717BDFA7" w14:textId="77777777" w:rsidTr="00F774C0">
        <w:trPr>
          <w:jc w:val="center"/>
        </w:trPr>
        <w:tc>
          <w:tcPr>
            <w:tcW w:w="4873" w:type="dxa"/>
          </w:tcPr>
          <w:p w14:paraId="4F7E3FB1" w14:textId="77777777" w:rsidR="00371181" w:rsidRDefault="00000000">
            <w:r>
              <w:t>Insumos y reactivos</w:t>
            </w:r>
          </w:p>
        </w:tc>
        <w:tc>
          <w:tcPr>
            <w:tcW w:w="4873" w:type="dxa"/>
          </w:tcPr>
          <w:p w14:paraId="395E4B4F" w14:textId="77777777" w:rsidR="00371181" w:rsidRDefault="00000000">
            <w:r>
              <w:t xml:space="preserve">$ </w:t>
            </w:r>
          </w:p>
        </w:tc>
      </w:tr>
      <w:tr w:rsidR="00371181" w14:paraId="0C4E0E0E" w14:textId="77777777" w:rsidTr="00F774C0">
        <w:trPr>
          <w:jc w:val="center"/>
        </w:trPr>
        <w:tc>
          <w:tcPr>
            <w:tcW w:w="4873" w:type="dxa"/>
          </w:tcPr>
          <w:p w14:paraId="383FEE39" w14:textId="77777777" w:rsidR="00371181" w:rsidRPr="00B55639" w:rsidRDefault="00000000">
            <w:pPr>
              <w:rPr>
                <w:lang w:val="es-CL"/>
              </w:rPr>
            </w:pPr>
            <w:r w:rsidRPr="00B55639">
              <w:rPr>
                <w:lang w:val="es-CL"/>
              </w:rPr>
              <w:t>Software, servicios técnicos o análisis especializados</w:t>
            </w:r>
          </w:p>
        </w:tc>
        <w:tc>
          <w:tcPr>
            <w:tcW w:w="4873" w:type="dxa"/>
          </w:tcPr>
          <w:p w14:paraId="07A2D18F" w14:textId="77777777" w:rsidR="00371181" w:rsidRDefault="00000000">
            <w:r>
              <w:t xml:space="preserve">$ </w:t>
            </w:r>
          </w:p>
        </w:tc>
      </w:tr>
      <w:tr w:rsidR="00371181" w14:paraId="7E521AB6" w14:textId="77777777" w:rsidTr="00F774C0">
        <w:trPr>
          <w:jc w:val="center"/>
        </w:trPr>
        <w:tc>
          <w:tcPr>
            <w:tcW w:w="4873" w:type="dxa"/>
          </w:tcPr>
          <w:p w14:paraId="297DDDEB" w14:textId="77777777" w:rsidR="00371181" w:rsidRDefault="00000000">
            <w:r>
              <w:t>Actividades de terreno</w:t>
            </w:r>
          </w:p>
        </w:tc>
        <w:tc>
          <w:tcPr>
            <w:tcW w:w="4873" w:type="dxa"/>
          </w:tcPr>
          <w:p w14:paraId="5CB74800" w14:textId="77777777" w:rsidR="00371181" w:rsidRDefault="00000000">
            <w:r>
              <w:t xml:space="preserve">$ </w:t>
            </w:r>
          </w:p>
        </w:tc>
      </w:tr>
      <w:tr w:rsidR="00371181" w14:paraId="3E69FFDC" w14:textId="77777777" w:rsidTr="00F774C0">
        <w:trPr>
          <w:jc w:val="center"/>
        </w:trPr>
        <w:tc>
          <w:tcPr>
            <w:tcW w:w="4873" w:type="dxa"/>
          </w:tcPr>
          <w:p w14:paraId="2ED7BBD8" w14:textId="77777777" w:rsidR="00371181" w:rsidRPr="00B55639" w:rsidRDefault="00000000">
            <w:pPr>
              <w:rPr>
                <w:lang w:val="es-CL"/>
              </w:rPr>
            </w:pPr>
            <w:r w:rsidRPr="00B55639">
              <w:rPr>
                <w:lang w:val="es-CL"/>
              </w:rPr>
              <w:t>Viajes científicos vinculados al Proyecto</w:t>
            </w:r>
          </w:p>
        </w:tc>
        <w:tc>
          <w:tcPr>
            <w:tcW w:w="4873" w:type="dxa"/>
          </w:tcPr>
          <w:p w14:paraId="254E0D89" w14:textId="77777777" w:rsidR="00371181" w:rsidRDefault="00000000">
            <w:r>
              <w:t xml:space="preserve">$ </w:t>
            </w:r>
          </w:p>
        </w:tc>
      </w:tr>
      <w:tr w:rsidR="00371181" w14:paraId="1831C843" w14:textId="77777777" w:rsidTr="00F774C0">
        <w:trPr>
          <w:jc w:val="center"/>
        </w:trPr>
        <w:tc>
          <w:tcPr>
            <w:tcW w:w="4873" w:type="dxa"/>
          </w:tcPr>
          <w:p w14:paraId="03897284" w14:textId="77777777" w:rsidR="00371181" w:rsidRPr="00B55639" w:rsidRDefault="00000000">
            <w:pPr>
              <w:rPr>
                <w:lang w:val="es-CL"/>
              </w:rPr>
            </w:pPr>
            <w:r w:rsidRPr="00B55639">
              <w:rPr>
                <w:lang w:val="es-CL"/>
              </w:rPr>
              <w:t>Difusión y publicación de resultados</w:t>
            </w:r>
          </w:p>
        </w:tc>
        <w:tc>
          <w:tcPr>
            <w:tcW w:w="4873" w:type="dxa"/>
          </w:tcPr>
          <w:p w14:paraId="4AFAF264" w14:textId="77777777" w:rsidR="00371181" w:rsidRDefault="00000000">
            <w:r>
              <w:t xml:space="preserve">$ </w:t>
            </w:r>
          </w:p>
        </w:tc>
      </w:tr>
      <w:tr w:rsidR="00371181" w14:paraId="78EA6A56" w14:textId="77777777" w:rsidTr="00F774C0">
        <w:trPr>
          <w:jc w:val="center"/>
        </w:trPr>
        <w:tc>
          <w:tcPr>
            <w:tcW w:w="4873" w:type="dxa"/>
          </w:tcPr>
          <w:p w14:paraId="48DC7553" w14:textId="77777777" w:rsidR="00371181" w:rsidRPr="00B55639" w:rsidRDefault="00000000">
            <w:pPr>
              <w:rPr>
                <w:lang w:val="es-CL"/>
              </w:rPr>
            </w:pPr>
            <w:r w:rsidRPr="00B55639">
              <w:rPr>
                <w:lang w:val="es-CL"/>
              </w:rPr>
              <w:t>Otros Gastos Directos debidamente justificados</w:t>
            </w:r>
          </w:p>
        </w:tc>
        <w:tc>
          <w:tcPr>
            <w:tcW w:w="4873" w:type="dxa"/>
          </w:tcPr>
          <w:p w14:paraId="4C8DD9D4" w14:textId="77777777" w:rsidR="00371181" w:rsidRDefault="00000000">
            <w:r>
              <w:t xml:space="preserve">$ </w:t>
            </w:r>
          </w:p>
        </w:tc>
      </w:tr>
      <w:tr w:rsidR="00371181" w14:paraId="7BECACFE" w14:textId="77777777" w:rsidTr="00F774C0">
        <w:trPr>
          <w:jc w:val="center"/>
        </w:trPr>
        <w:tc>
          <w:tcPr>
            <w:tcW w:w="4873" w:type="dxa"/>
            <w:shd w:val="clear" w:color="auto" w:fill="E7E6E6"/>
          </w:tcPr>
          <w:p w14:paraId="53FE5AA7" w14:textId="77777777" w:rsidR="00371181" w:rsidRDefault="00000000">
            <w:r>
              <w:rPr>
                <w:b/>
              </w:rPr>
              <w:t>TOTAL SOLICITADO</w:t>
            </w:r>
          </w:p>
        </w:tc>
        <w:tc>
          <w:tcPr>
            <w:tcW w:w="4873" w:type="dxa"/>
            <w:shd w:val="clear" w:color="auto" w:fill="E7E6E6"/>
          </w:tcPr>
          <w:p w14:paraId="5FE8AAC8" w14:textId="77777777" w:rsidR="00371181" w:rsidRDefault="00000000">
            <w:r>
              <w:rPr>
                <w:b/>
              </w:rPr>
              <w:t xml:space="preserve">$ </w:t>
            </w:r>
          </w:p>
        </w:tc>
      </w:tr>
    </w:tbl>
    <w:p w14:paraId="41B59385" w14:textId="77777777" w:rsidR="00371181" w:rsidRPr="003575C1" w:rsidRDefault="00000000" w:rsidP="003575C1">
      <w:pPr>
        <w:spacing w:before="240" w:after="120"/>
        <w:rPr>
          <w:b/>
          <w:color w:val="365F91" w:themeColor="accent1" w:themeShade="BF"/>
          <w:lang w:val="es-CL"/>
        </w:rPr>
      </w:pPr>
      <w:r w:rsidRPr="003575C1">
        <w:rPr>
          <w:b/>
          <w:color w:val="365F91" w:themeColor="accent1" w:themeShade="BF"/>
          <w:lang w:val="es-CL"/>
        </w:rPr>
        <w:lastRenderedPageBreak/>
        <w:t>Justificación del presupuesto</w:t>
      </w:r>
    </w:p>
    <w:p w14:paraId="6DE929E8" w14:textId="60F4288B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Explique y justifique los principales gastos solicitados y su relación con los objetivos y actividades del Proyecto.</w:t>
      </w:r>
      <w:r w:rsidR="003575C1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(1500</w:t>
      </w:r>
      <w:r w:rsidR="003575C1" w:rsidRPr="00B55639">
        <w:rPr>
          <w:i/>
          <w:sz w:val="18"/>
          <w:lang w:val="es-CL"/>
        </w:rPr>
        <w:t xml:space="preserve"> </w:t>
      </w:r>
      <w:r w:rsidR="003575C1">
        <w:rPr>
          <w:i/>
          <w:sz w:val="18"/>
          <w:lang w:val="es-CL"/>
        </w:rPr>
        <w:t>caracteres con espacios)</w:t>
      </w:r>
      <w:r w:rsidR="003575C1" w:rsidRPr="00B55639">
        <w:rPr>
          <w:i/>
          <w:sz w:val="18"/>
          <w:lang w:val="es-CL"/>
        </w:rPr>
        <w:t>.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914"/>
      </w:tblGrid>
      <w:tr w:rsidR="00F774C0" w14:paraId="44FE3035" w14:textId="77777777" w:rsidTr="00944D79">
        <w:trPr>
          <w:trHeight w:val="4077"/>
        </w:trPr>
        <w:tc>
          <w:tcPr>
            <w:tcW w:w="9914" w:type="dxa"/>
          </w:tcPr>
          <w:p w14:paraId="0DDF2795" w14:textId="77777777" w:rsidR="00F774C0" w:rsidRDefault="00F774C0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6448A6EF" w14:textId="646C3CD4" w:rsidR="00371181" w:rsidRPr="00B55639" w:rsidRDefault="00371181">
      <w:pPr>
        <w:rPr>
          <w:lang w:val="es-CL"/>
        </w:rPr>
      </w:pPr>
    </w:p>
    <w:p w14:paraId="5239094C" w14:textId="77777777" w:rsidR="00371181" w:rsidRPr="00487E7F" w:rsidRDefault="00000000" w:rsidP="00823FC8">
      <w:pPr>
        <w:spacing w:before="240" w:after="120"/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</w:pPr>
      <w:r w:rsidRPr="00487E7F"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  <w:t>8. OTRAS FUENTES DE FINANCIAMIENTO</w:t>
      </w:r>
    </w:p>
    <w:p w14:paraId="712686B7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¿El Proyecto cuenta actualmente con financiamiento proveniente de otra fuente?</w:t>
      </w:r>
    </w:p>
    <w:p w14:paraId="6E0B2013" w14:textId="41BA3130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No</w:t>
      </w:r>
    </w:p>
    <w:p w14:paraId="3BDA7403" w14:textId="0A173C36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Sí</w:t>
      </w:r>
    </w:p>
    <w:p w14:paraId="46A15B59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En caso afirmativo, indique institución, monto, objeto y relación con el Proyecto: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F774C0" w14:paraId="5E7BA80B" w14:textId="77777777" w:rsidTr="00F774C0">
        <w:tc>
          <w:tcPr>
            <w:tcW w:w="9886" w:type="dxa"/>
          </w:tcPr>
          <w:p w14:paraId="4CEA95A5" w14:textId="77777777" w:rsidR="00F774C0" w:rsidRDefault="00F774C0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2E5EF8BC" w14:textId="55AA007B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¿El Proyecto se encuentra actualmente postulando a otra fuente de financiamiento?</w:t>
      </w:r>
    </w:p>
    <w:p w14:paraId="0C79044A" w14:textId="3E433282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No</w:t>
      </w:r>
    </w:p>
    <w:p w14:paraId="19A64302" w14:textId="62B28449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Sí</w:t>
      </w:r>
    </w:p>
    <w:p w14:paraId="1A655914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En caso afirmativo, indique: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95"/>
      </w:tblGrid>
      <w:tr w:rsidR="00F774C0" w14:paraId="071FCF09" w14:textId="77777777" w:rsidTr="00F774C0">
        <w:trPr>
          <w:trHeight w:val="966"/>
        </w:trPr>
        <w:tc>
          <w:tcPr>
            <w:tcW w:w="9895" w:type="dxa"/>
          </w:tcPr>
          <w:p w14:paraId="0D120393" w14:textId="77777777" w:rsidR="00F774C0" w:rsidRDefault="00F774C0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32A63EF8" w14:textId="77777777" w:rsidR="00F774C0" w:rsidRDefault="00F774C0">
      <w:pPr>
        <w:spacing w:after="80"/>
        <w:rPr>
          <w:lang w:val="es-CL"/>
        </w:rPr>
      </w:pPr>
    </w:p>
    <w:p w14:paraId="795B745F" w14:textId="7564AF4E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El postulante declara que el Proyecto no corresponde a una parte o componente de un estudio mayor financiado por otra entidad, la industria u otra fuente, ni se encuentra postulando simultáneamente a un financiamiento que implique duplicidad respecto del mismo Proyecto.</w:t>
      </w:r>
    </w:p>
    <w:p w14:paraId="754D64D9" w14:textId="77777777" w:rsidR="00944D79" w:rsidRDefault="00944D79" w:rsidP="00823FC8">
      <w:pPr>
        <w:spacing w:before="240" w:after="120"/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</w:pPr>
    </w:p>
    <w:p w14:paraId="448C68CE" w14:textId="3362EDE6" w:rsidR="00371181" w:rsidRPr="00823FC8" w:rsidRDefault="00000000" w:rsidP="00823FC8">
      <w:pPr>
        <w:spacing w:before="240" w:after="120"/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</w:pPr>
      <w:r w:rsidRPr="00823FC8"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  <w:lastRenderedPageBreak/>
        <w:t>9. ASPECTOS ÉTICOS</w:t>
      </w:r>
    </w:p>
    <w:p w14:paraId="599D9042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¿El Proyecto requiere revisión y aprobación de un Comité Ético Científico?</w:t>
      </w:r>
    </w:p>
    <w:p w14:paraId="0CB423A0" w14:textId="60A335DF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Sí</w:t>
      </w:r>
    </w:p>
    <w:p w14:paraId="75C756F6" w14:textId="42E98767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No</w:t>
      </w:r>
    </w:p>
    <w:p w14:paraId="7B601127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Comité Ético Científico al cual fue presentado: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F774C0" w14:paraId="58D68A9C" w14:textId="77777777" w:rsidTr="00F774C0">
        <w:tc>
          <w:tcPr>
            <w:tcW w:w="9886" w:type="dxa"/>
          </w:tcPr>
          <w:p w14:paraId="0570F0E7" w14:textId="77777777" w:rsidR="00F774C0" w:rsidRDefault="00F774C0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34577DC8" w14:textId="6A29FD7C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Fecha de presentación: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F774C0" w14:paraId="6F6204AF" w14:textId="77777777" w:rsidTr="00F774C0">
        <w:tc>
          <w:tcPr>
            <w:tcW w:w="9886" w:type="dxa"/>
          </w:tcPr>
          <w:p w14:paraId="6AB2FB5D" w14:textId="77777777" w:rsidR="00F774C0" w:rsidRDefault="00F774C0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4514087E" w14:textId="48C036E0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Estado de la solicitud:</w:t>
      </w:r>
    </w:p>
    <w:p w14:paraId="2C96AF61" w14:textId="5005D2FF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Aprobada</w:t>
      </w:r>
    </w:p>
    <w:p w14:paraId="2BD2DB68" w14:textId="5FE70925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En evaluación</w:t>
      </w:r>
    </w:p>
    <w:p w14:paraId="5337DCFA" w14:textId="6A9A7BB9" w:rsidR="00371181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Otro:</w:t>
      </w:r>
    </w:p>
    <w:tbl>
      <w:tblPr>
        <w:tblStyle w:val="Tablaconcuadrcula"/>
        <w:tblW w:w="0" w:type="auto"/>
        <w:tblInd w:w="22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735"/>
      </w:tblGrid>
      <w:tr w:rsidR="00DB3A22" w14:paraId="28031B87" w14:textId="77777777" w:rsidTr="00DB3A22">
        <w:tc>
          <w:tcPr>
            <w:tcW w:w="9886" w:type="dxa"/>
          </w:tcPr>
          <w:p w14:paraId="3F227584" w14:textId="77777777" w:rsidR="00DB3A22" w:rsidRDefault="00DB3A22" w:rsidP="00DB3A22">
            <w:pPr>
              <w:spacing w:before="60" w:after="60"/>
              <w:rPr>
                <w:lang w:val="es-CL"/>
              </w:rPr>
            </w:pPr>
          </w:p>
        </w:tc>
      </w:tr>
    </w:tbl>
    <w:p w14:paraId="07CB0917" w14:textId="77777777" w:rsidR="00DB3A22" w:rsidRPr="00B55639" w:rsidRDefault="00DB3A22">
      <w:pPr>
        <w:ind w:left="227"/>
        <w:rPr>
          <w:lang w:val="es-CL"/>
        </w:rPr>
      </w:pPr>
    </w:p>
    <w:p w14:paraId="21254581" w14:textId="77777777" w:rsidR="00371181" w:rsidRPr="00B55639" w:rsidRDefault="00000000">
      <w:pPr>
        <w:spacing w:after="80"/>
        <w:rPr>
          <w:lang w:val="es-CL"/>
        </w:rPr>
      </w:pPr>
      <w:r w:rsidRPr="00B55639">
        <w:rPr>
          <w:i/>
          <w:sz w:val="18"/>
          <w:lang w:val="es-CL"/>
        </w:rPr>
        <w:t>Adjunte la aprobación o constancia de presentación correspondiente. En caso de adjudicación, no se transferirán recursos ni podrá iniciarse la ejecución mientras no se hayan cumplido las aprobaciones éticas y regulatorias exigibles.</w:t>
      </w:r>
    </w:p>
    <w:p w14:paraId="2DE821CF" w14:textId="77777777" w:rsidR="00371181" w:rsidRPr="00823FC8" w:rsidRDefault="00000000" w:rsidP="00823FC8">
      <w:pPr>
        <w:spacing w:before="240" w:after="120"/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</w:pPr>
      <w:r w:rsidRPr="00823FC8"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  <w:t>10. DOCUMENTOS ADJUNTOS</w:t>
      </w:r>
    </w:p>
    <w:p w14:paraId="3D65C1AA" w14:textId="16A30FE5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Formulario de postulación completo.</w:t>
      </w:r>
    </w:p>
    <w:p w14:paraId="03C36AD5" w14:textId="50681BB9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Currículum vitae del Investigador Responsable.</w:t>
      </w:r>
    </w:p>
    <w:p w14:paraId="7AE61935" w14:textId="203084B5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Currículum vitae de los principales integrantes del equipo.</w:t>
      </w:r>
    </w:p>
    <w:p w14:paraId="6862106B" w14:textId="7861D1F6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Carta de Patrocinio de la Institución Patrocinante.</w:t>
      </w:r>
    </w:p>
    <w:p w14:paraId="151CD6FA" w14:textId="0C05FBBF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Presupuesto detallado y su justificación.</w:t>
      </w:r>
    </w:p>
    <w:p w14:paraId="0E700333" w14:textId="3DFB8ED3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Declaración de otras fuentes de financiamiento o postulaciones concurrentes, cuando corresponda.</w:t>
      </w:r>
    </w:p>
    <w:p w14:paraId="7A376EDA" w14:textId="68336C29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Aprobación o constancia de presentación ante Comité Ético Científico, cuando corresponda.</w:t>
      </w:r>
    </w:p>
    <w:p w14:paraId="3BA48B4B" w14:textId="1F493FAD" w:rsidR="00371181" w:rsidRPr="00B55639" w:rsidRDefault="007A36CF">
      <w:pPr>
        <w:ind w:left="227"/>
        <w:rPr>
          <w:lang w:val="es-CL"/>
        </w:rPr>
      </w:pPr>
      <w:r w:rsidRPr="007A36CF">
        <w:rPr>
          <w:bdr w:val="single" w:sz="4" w:space="0" w:color="A6A6A6" w:themeColor="background1" w:themeShade="A6"/>
          <w:lang w:val="es-CL"/>
        </w:rPr>
        <w:t xml:space="preserve">   </w:t>
      </w:r>
      <w:r>
        <w:rPr>
          <w:lang w:val="es-CL"/>
        </w:rPr>
        <w:t xml:space="preserve"> </w:t>
      </w:r>
      <w:r w:rsidR="00000000" w:rsidRPr="00B55639">
        <w:rPr>
          <w:lang w:val="es-CL"/>
        </w:rPr>
        <w:t>Otros antecedentes exigidos por las Bases o el Reglamento, cuando corresponda.</w:t>
      </w:r>
    </w:p>
    <w:p w14:paraId="32809DE1" w14:textId="3522BFEF" w:rsidR="00371181" w:rsidRPr="00823FC8" w:rsidRDefault="00000000" w:rsidP="00944D79">
      <w:pPr>
        <w:spacing w:before="360" w:after="120"/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</w:pPr>
      <w:r w:rsidRPr="00823FC8">
        <w:rPr>
          <w:rFonts w:asciiTheme="majorHAnsi" w:hAnsiTheme="majorHAnsi" w:cstheme="majorHAnsi"/>
          <w:b/>
          <w:color w:val="365F91" w:themeColor="accent1" w:themeShade="BF"/>
          <w:sz w:val="28"/>
          <w:szCs w:val="32"/>
          <w:lang w:val="es-CL"/>
        </w:rPr>
        <w:t>11. DECLARACIÓN DEL INVESTIGADOR RESPONSABLE</w:t>
      </w:r>
    </w:p>
    <w:p w14:paraId="0B358E38" w14:textId="77777777" w:rsidR="00371181" w:rsidRPr="00B55639" w:rsidRDefault="00000000">
      <w:pPr>
        <w:rPr>
          <w:lang w:val="es-CL"/>
        </w:rPr>
      </w:pPr>
      <w:r w:rsidRPr="00B55639">
        <w:rPr>
          <w:lang w:val="es-CL"/>
        </w:rPr>
        <w:t>Declaro que la información proporcionada en esta postulación y sus documentos adjuntos es completa y veraz, y que conozco y acepto las Bases Específicas del Primer Concurso de Proyectos de Investigación Científica 2026 y el Reglamento del Fondo de Investigación Científica de Corporación Crecer.</w:t>
      </w:r>
      <w:r w:rsidRPr="00B55639">
        <w:rPr>
          <w:lang w:val="es-CL"/>
        </w:rPr>
        <w:br/>
      </w:r>
      <w:r w:rsidRPr="00B55639">
        <w:rPr>
          <w:lang w:val="es-CL"/>
        </w:rPr>
        <w:lastRenderedPageBreak/>
        <w:br/>
        <w:t>Declaro asimismo que el Proyecto presentado es original; que la información relativa a otras fuentes de financiamiento o postulaciones concurrentes ha sido íntegramente informada; y que, en caso de adjudicación, me comprometo a cumplir las obligaciones establecidas en las Bases, el Reglamento y el Convenio correspondiente.</w:t>
      </w:r>
    </w:p>
    <w:p w14:paraId="209DA6C7" w14:textId="77777777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Nombre del Investigador Responsable: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886"/>
      </w:tblGrid>
      <w:tr w:rsidR="00F774C0" w14:paraId="6E6B1CAF" w14:textId="77777777" w:rsidTr="00F774C0">
        <w:tc>
          <w:tcPr>
            <w:tcW w:w="9886" w:type="dxa"/>
          </w:tcPr>
          <w:p w14:paraId="311E31D9" w14:textId="77777777" w:rsidR="00F774C0" w:rsidRDefault="00F774C0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26C92F09" w14:textId="15967609" w:rsidR="00371181" w:rsidRPr="00823FC8" w:rsidRDefault="00000000" w:rsidP="00823FC8">
      <w:pPr>
        <w:spacing w:before="240" w:after="120"/>
        <w:rPr>
          <w:b/>
          <w:lang w:val="es-CL"/>
        </w:rPr>
      </w:pPr>
      <w:r w:rsidRPr="00B55639">
        <w:rPr>
          <w:b/>
          <w:lang w:val="es-CL"/>
        </w:rPr>
        <w:t>Fecha: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859"/>
      </w:tblGrid>
      <w:tr w:rsidR="00F774C0" w:rsidRPr="00F774C0" w14:paraId="43B5622C" w14:textId="77777777" w:rsidTr="00823FC8">
        <w:trPr>
          <w:trHeight w:val="359"/>
        </w:trPr>
        <w:tc>
          <w:tcPr>
            <w:tcW w:w="3859" w:type="dxa"/>
          </w:tcPr>
          <w:p w14:paraId="442B1445" w14:textId="77777777" w:rsidR="00F774C0" w:rsidRPr="00F774C0" w:rsidRDefault="00F774C0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162FA076" w14:textId="39AC00D5" w:rsidR="00371181" w:rsidRPr="00823FC8" w:rsidRDefault="00000000" w:rsidP="00823FC8">
      <w:pPr>
        <w:spacing w:before="240" w:after="120"/>
        <w:rPr>
          <w:b/>
          <w:lang w:val="es-CL"/>
        </w:rPr>
      </w:pPr>
      <w:r w:rsidRPr="00823FC8">
        <w:rPr>
          <w:b/>
          <w:lang w:val="es-CL"/>
        </w:rPr>
        <w:t xml:space="preserve">Firma: </w:t>
      </w:r>
    </w:p>
    <w:tbl>
      <w:tblPr>
        <w:tblStyle w:val="Tablaconcuadrcula"/>
        <w:tblW w:w="0" w:type="auto"/>
        <w:tblInd w:w="3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878"/>
      </w:tblGrid>
      <w:tr w:rsidR="00F774C0" w:rsidRPr="00F774C0" w14:paraId="43AAE900" w14:textId="77777777" w:rsidTr="00F774C0">
        <w:trPr>
          <w:trHeight w:val="1760"/>
        </w:trPr>
        <w:tc>
          <w:tcPr>
            <w:tcW w:w="3878" w:type="dxa"/>
          </w:tcPr>
          <w:p w14:paraId="2CC60497" w14:textId="77777777" w:rsidR="00F774C0" w:rsidRPr="00F774C0" w:rsidRDefault="00F774C0" w:rsidP="00F774C0">
            <w:pPr>
              <w:spacing w:before="60" w:after="60"/>
              <w:rPr>
                <w:lang w:val="es-CL"/>
              </w:rPr>
            </w:pPr>
          </w:p>
        </w:tc>
      </w:tr>
    </w:tbl>
    <w:p w14:paraId="1EE57D11" w14:textId="77777777" w:rsidR="00F774C0" w:rsidRDefault="00F774C0" w:rsidP="00823FC8">
      <w:pPr>
        <w:spacing w:before="240" w:after="120"/>
      </w:pPr>
    </w:p>
    <w:sectPr w:rsidR="00F774C0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9E405" w14:textId="77777777" w:rsidR="00C1705F" w:rsidRDefault="00C1705F">
      <w:pPr>
        <w:spacing w:after="0" w:line="240" w:lineRule="auto"/>
      </w:pPr>
      <w:r>
        <w:separator/>
      </w:r>
    </w:p>
  </w:endnote>
  <w:endnote w:type="continuationSeparator" w:id="0">
    <w:p w14:paraId="628FE145" w14:textId="77777777" w:rsidR="00C1705F" w:rsidRDefault="00C1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1A5E6" w14:textId="77777777" w:rsidR="00F774C0" w:rsidRDefault="00F774C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634A" w14:textId="77777777" w:rsidR="00371181" w:rsidRPr="00B55639" w:rsidRDefault="00000000">
    <w:pPr>
      <w:pStyle w:val="Piedepgina"/>
      <w:jc w:val="center"/>
      <w:rPr>
        <w:lang w:val="es-CL"/>
      </w:rPr>
    </w:pPr>
    <w:r w:rsidRPr="00B55639">
      <w:rPr>
        <w:i/>
        <w:sz w:val="16"/>
        <w:lang w:val="es-CL"/>
      </w:rPr>
      <w:t>Corporación Crecer | Fondo de Investigación Científica | Formulario de Postulación – Convocatoria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366CA" w14:textId="77777777" w:rsidR="00F774C0" w:rsidRDefault="00F774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01C41" w14:textId="77777777" w:rsidR="00C1705F" w:rsidRDefault="00C1705F">
      <w:pPr>
        <w:spacing w:after="0" w:line="240" w:lineRule="auto"/>
      </w:pPr>
      <w:r>
        <w:separator/>
      </w:r>
    </w:p>
  </w:footnote>
  <w:footnote w:type="continuationSeparator" w:id="0">
    <w:p w14:paraId="6EC09080" w14:textId="77777777" w:rsidR="00C1705F" w:rsidRDefault="00C17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218DB" w14:textId="77777777" w:rsidR="00F774C0" w:rsidRDefault="00F774C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1A4DA" w14:textId="60FCD3C1" w:rsidR="00371181" w:rsidRDefault="00F774C0" w:rsidP="00F774C0">
    <w:pPr>
      <w:pStyle w:val="Encabezado"/>
      <w:spacing w:after="120"/>
      <w:jc w:val="right"/>
    </w:pPr>
    <w:r>
      <w:rPr>
        <w:rFonts w:ascii="Calibri" w:hAnsi="Calibri" w:cs="Calibri"/>
        <w:noProof/>
        <w:color w:val="000000"/>
        <w:sz w:val="22"/>
      </w:rPr>
      <w:drawing>
        <wp:inline distT="0" distB="0" distL="0" distR="0" wp14:anchorId="1954B705" wp14:editId="0BA20094">
          <wp:extent cx="1504950" cy="501650"/>
          <wp:effectExtent l="0" t="0" r="0" b="0"/>
          <wp:docPr id="54519339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7FD0A" w14:textId="77777777" w:rsidR="00F774C0" w:rsidRDefault="00F774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0317873">
    <w:abstractNumId w:val="8"/>
  </w:num>
  <w:num w:numId="2" w16cid:durableId="2035383425">
    <w:abstractNumId w:val="6"/>
  </w:num>
  <w:num w:numId="3" w16cid:durableId="1966495879">
    <w:abstractNumId w:val="5"/>
  </w:num>
  <w:num w:numId="4" w16cid:durableId="660080916">
    <w:abstractNumId w:val="4"/>
  </w:num>
  <w:num w:numId="5" w16cid:durableId="1735275050">
    <w:abstractNumId w:val="7"/>
  </w:num>
  <w:num w:numId="6" w16cid:durableId="348486492">
    <w:abstractNumId w:val="3"/>
  </w:num>
  <w:num w:numId="7" w16cid:durableId="1122306343">
    <w:abstractNumId w:val="2"/>
  </w:num>
  <w:num w:numId="8" w16cid:durableId="959652570">
    <w:abstractNumId w:val="1"/>
  </w:num>
  <w:num w:numId="9" w16cid:durableId="1612395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05B5"/>
    <w:rsid w:val="001060DB"/>
    <w:rsid w:val="0015074B"/>
    <w:rsid w:val="0029639D"/>
    <w:rsid w:val="00326F90"/>
    <w:rsid w:val="003575C1"/>
    <w:rsid w:val="00371181"/>
    <w:rsid w:val="003F15E8"/>
    <w:rsid w:val="00487E7F"/>
    <w:rsid w:val="005A2848"/>
    <w:rsid w:val="006A4BD8"/>
    <w:rsid w:val="007A36CF"/>
    <w:rsid w:val="007E098D"/>
    <w:rsid w:val="00823FC8"/>
    <w:rsid w:val="008A16F8"/>
    <w:rsid w:val="009050CA"/>
    <w:rsid w:val="00944D79"/>
    <w:rsid w:val="00AA1D8D"/>
    <w:rsid w:val="00B44C87"/>
    <w:rsid w:val="00B47730"/>
    <w:rsid w:val="00B55639"/>
    <w:rsid w:val="00B603C1"/>
    <w:rsid w:val="00C1705F"/>
    <w:rsid w:val="00CB0664"/>
    <w:rsid w:val="00DB3A22"/>
    <w:rsid w:val="00DE66F6"/>
    <w:rsid w:val="00EE3562"/>
    <w:rsid w:val="00F774C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D9CF14"/>
  <w14:defaultImageDpi w14:val="300"/>
  <w15:docId w15:val="{DC5ECFB9-078E-476F-94F3-409ED579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13</Pages>
  <Words>1176</Words>
  <Characters>6471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Santiago Muzzo Correa</cp:lastModifiedBy>
  <cp:revision>11</cp:revision>
  <dcterms:created xsi:type="dcterms:W3CDTF">2013-12-23T23:15:00Z</dcterms:created>
  <dcterms:modified xsi:type="dcterms:W3CDTF">2026-08-28T11:39:00Z</dcterms:modified>
  <cp:category/>
</cp:coreProperties>
</file>